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9251C" w14:textId="66D45A0D" w:rsidR="00B94DD7" w:rsidRPr="00B94DD7" w:rsidRDefault="00B94DD7" w:rsidP="002731FC">
      <w:pPr>
        <w:spacing w:after="0" w:line="216" w:lineRule="auto"/>
        <w:jc w:val="center"/>
        <w:rPr>
          <w:rFonts w:ascii="TH Sarabun New" w:hAnsi="TH Sarabun New" w:cs="TH Sarabun New"/>
          <w:bCs/>
          <w:sz w:val="36"/>
          <w:szCs w:val="36"/>
          <w:lang w:bidi="th-TH"/>
        </w:rPr>
      </w:pPr>
      <w:r w:rsidRPr="00B94DD7">
        <w:rPr>
          <w:rFonts w:ascii="TH Sarabun New" w:hAnsi="TH Sarabun New" w:cs="TH Sarabun New"/>
          <w:bCs/>
          <w:sz w:val="36"/>
          <w:szCs w:val="36"/>
          <w:cs/>
          <w:lang w:bidi="th-TH"/>
        </w:rPr>
        <w:t>กำหนดการ</w:t>
      </w:r>
    </w:p>
    <w:p w14:paraId="13FDB6A7" w14:textId="6AA3F4F4" w:rsidR="00E8138E" w:rsidRPr="00B94DD7" w:rsidRDefault="00E8138E" w:rsidP="002731FC">
      <w:pPr>
        <w:spacing w:after="0" w:line="216" w:lineRule="auto"/>
        <w:jc w:val="center"/>
        <w:rPr>
          <w:rFonts w:ascii="TH Sarabun New" w:hAnsi="TH Sarabun New" w:cs="TH Sarabun New"/>
          <w:bCs/>
          <w:sz w:val="36"/>
          <w:szCs w:val="36"/>
          <w:cs/>
          <w:lang w:bidi="th-TH"/>
        </w:rPr>
      </w:pPr>
      <w:r w:rsidRPr="00B94DD7">
        <w:rPr>
          <w:rFonts w:ascii="TH Sarabun New" w:hAnsi="TH Sarabun New" w:cs="TH Sarabun New"/>
          <w:bCs/>
          <w:sz w:val="36"/>
          <w:szCs w:val="36"/>
          <w:cs/>
          <w:lang w:bidi="th-TH"/>
        </w:rPr>
        <w:t>การอบรมการใช้งานและการดูแล/บริหารจัดการเว็บไซต์บริการข้อมูลกรุงเทพมหานคร (</w:t>
      </w:r>
      <w:r w:rsidRPr="00B94DD7">
        <w:rPr>
          <w:rFonts w:ascii="TH Sarabun New" w:hAnsi="TH Sarabun New" w:cs="TH Sarabun New"/>
          <w:b/>
          <w:sz w:val="36"/>
          <w:szCs w:val="36"/>
          <w:lang w:bidi="th-TH"/>
        </w:rPr>
        <w:t>GOV.BKK</w:t>
      </w:r>
      <w:r w:rsidRPr="00B94DD7">
        <w:rPr>
          <w:rFonts w:ascii="TH Sarabun New" w:hAnsi="TH Sarabun New" w:cs="TH Sarabun New"/>
          <w:bCs/>
          <w:sz w:val="36"/>
          <w:szCs w:val="36"/>
          <w:cs/>
          <w:lang w:bidi="th-TH"/>
        </w:rPr>
        <w:t xml:space="preserve">) </w:t>
      </w:r>
      <w:r w:rsidRPr="00B94DD7">
        <w:rPr>
          <w:rFonts w:ascii="TH Sarabun New" w:hAnsi="TH Sarabun New" w:cs="TH Sarabun New"/>
          <w:bCs/>
          <w:sz w:val="36"/>
          <w:szCs w:val="36"/>
          <w:cs/>
          <w:lang w:bidi="th-TH"/>
        </w:rPr>
        <w:br/>
        <w:t>สำหรับผู้ดูแลระบบ (</w:t>
      </w:r>
      <w:r w:rsidRPr="00B94DD7">
        <w:rPr>
          <w:rFonts w:ascii="TH Sarabun New" w:hAnsi="TH Sarabun New" w:cs="TH Sarabun New"/>
          <w:b/>
          <w:sz w:val="36"/>
          <w:szCs w:val="36"/>
          <w:lang w:bidi="th-TH"/>
        </w:rPr>
        <w:t>Super Admin</w:t>
      </w:r>
      <w:r w:rsidRPr="00B94DD7">
        <w:rPr>
          <w:rFonts w:ascii="TH Sarabun New" w:hAnsi="TH Sarabun New" w:cs="TH Sarabun New"/>
          <w:bCs/>
          <w:sz w:val="36"/>
          <w:szCs w:val="36"/>
          <w:cs/>
          <w:lang w:bidi="th-TH"/>
        </w:rPr>
        <w:t>)</w:t>
      </w:r>
    </w:p>
    <w:p w14:paraId="6A453588" w14:textId="77777777" w:rsidR="003B0C84" w:rsidRPr="00B94DD7" w:rsidRDefault="003B0C84" w:rsidP="002731FC">
      <w:pPr>
        <w:spacing w:after="0" w:line="216" w:lineRule="auto"/>
        <w:jc w:val="center"/>
        <w:rPr>
          <w:rFonts w:ascii="TH Sarabun New" w:hAnsi="TH Sarabun New" w:cs="TH Sarabun New"/>
          <w:bCs/>
          <w:sz w:val="32"/>
          <w:szCs w:val="32"/>
        </w:rPr>
      </w:pPr>
      <w:r w:rsidRPr="00B94DD7">
        <w:rPr>
          <w:rFonts w:ascii="TH Sarabun New" w:hAnsi="TH Sarabun New" w:cs="TH Sarabun New"/>
          <w:b/>
          <w:sz w:val="32"/>
          <w:szCs w:val="32"/>
          <w:cs/>
          <w:lang w:bidi="th-TH"/>
        </w:rPr>
        <w:t>วันพฤหัสบดีที่</w:t>
      </w:r>
      <w:r w:rsidRPr="00B94DD7">
        <w:rPr>
          <w:rFonts w:ascii="TH Sarabun New" w:hAnsi="TH Sarabun New" w:cs="TH Sarabun New"/>
          <w:bCs/>
          <w:sz w:val="32"/>
          <w:szCs w:val="32"/>
        </w:rPr>
        <w:t xml:space="preserve"> 16 </w:t>
      </w:r>
      <w:r w:rsidRPr="00B94DD7">
        <w:rPr>
          <w:rFonts w:ascii="TH Sarabun New" w:hAnsi="TH Sarabun New" w:cs="TH Sarabun New"/>
          <w:b/>
          <w:sz w:val="32"/>
          <w:szCs w:val="32"/>
          <w:cs/>
          <w:lang w:bidi="th-TH"/>
        </w:rPr>
        <w:t>กรกฎาคม</w:t>
      </w:r>
      <w:r w:rsidRPr="00B94DD7">
        <w:rPr>
          <w:rFonts w:ascii="TH Sarabun New" w:hAnsi="TH Sarabun New" w:cs="TH Sarabun New"/>
          <w:bCs/>
          <w:sz w:val="32"/>
          <w:szCs w:val="32"/>
        </w:rPr>
        <w:t xml:space="preserve"> 2569 </w:t>
      </w:r>
      <w:r w:rsidRPr="00B94DD7">
        <w:rPr>
          <w:rFonts w:ascii="TH Sarabun New" w:hAnsi="TH Sarabun New" w:cs="TH Sarabun New"/>
          <w:b/>
          <w:sz w:val="32"/>
          <w:szCs w:val="32"/>
          <w:cs/>
          <w:lang w:bidi="th-TH"/>
        </w:rPr>
        <w:t>เวลา</w:t>
      </w:r>
      <w:r w:rsidRPr="00B94DD7">
        <w:rPr>
          <w:rFonts w:ascii="TH Sarabun New" w:hAnsi="TH Sarabun New" w:cs="TH Sarabun New"/>
          <w:bCs/>
          <w:sz w:val="32"/>
          <w:szCs w:val="32"/>
        </w:rPr>
        <w:t xml:space="preserve"> 08.30 - 16.00 </w:t>
      </w:r>
      <w:r w:rsidRPr="00B94DD7">
        <w:rPr>
          <w:rFonts w:ascii="TH Sarabun New" w:hAnsi="TH Sarabun New" w:cs="TH Sarabun New"/>
          <w:bCs/>
          <w:sz w:val="32"/>
          <w:szCs w:val="32"/>
          <w:lang w:bidi="th-TH"/>
        </w:rPr>
        <w:t>น</w:t>
      </w:r>
      <w:r w:rsidRPr="00B94DD7">
        <w:rPr>
          <w:rFonts w:ascii="TH Sarabun New" w:hAnsi="TH Sarabun New" w:cs="TH Sarabun New"/>
          <w:bCs/>
          <w:sz w:val="32"/>
          <w:szCs w:val="32"/>
        </w:rPr>
        <w:t>.</w:t>
      </w:r>
    </w:p>
    <w:p w14:paraId="4573104D" w14:textId="4E005DB8" w:rsidR="003B0C84" w:rsidRDefault="003B0C84" w:rsidP="002731FC">
      <w:pPr>
        <w:spacing w:after="0" w:line="216" w:lineRule="auto"/>
        <w:jc w:val="center"/>
        <w:rPr>
          <w:rFonts w:ascii="TH Sarabun New" w:hAnsi="TH Sarabun New" w:cs="TH Sarabun New"/>
          <w:sz w:val="32"/>
          <w:szCs w:val="32"/>
          <w:lang w:bidi="th-TH"/>
        </w:rPr>
      </w:pPr>
      <w:r w:rsidRPr="00B94DD7">
        <w:rPr>
          <w:rFonts w:ascii="TH Sarabun New" w:hAnsi="TH Sarabun New" w:cs="TH Sarabun New"/>
          <w:sz w:val="32"/>
          <w:szCs w:val="32"/>
          <w:lang w:bidi="th-TH"/>
        </w:rPr>
        <w:t xml:space="preserve">ณ </w:t>
      </w:r>
      <w:r w:rsidRPr="00B94DD7">
        <w:rPr>
          <w:rFonts w:ascii="TH Sarabun New" w:hAnsi="TH Sarabun New" w:cs="TH Sarabun New"/>
          <w:sz w:val="32"/>
          <w:szCs w:val="32"/>
          <w:cs/>
          <w:lang w:bidi="th-TH"/>
        </w:rPr>
        <w:t xml:space="preserve">ห้องฝึกอบรมคอมพิวเตอร์ </w:t>
      </w:r>
      <w:r w:rsidRPr="00B94DD7">
        <w:rPr>
          <w:rFonts w:ascii="TH Sarabun New" w:hAnsi="TH Sarabun New" w:cs="TH Sarabun New"/>
          <w:sz w:val="32"/>
          <w:szCs w:val="32"/>
          <w:lang w:bidi="th-TH"/>
        </w:rPr>
        <w:t>1</w:t>
      </w:r>
      <w:r w:rsidRPr="00B94DD7">
        <w:rPr>
          <w:rFonts w:ascii="TH Sarabun New" w:hAnsi="TH Sarabun New" w:cs="TH Sarabun New"/>
          <w:sz w:val="32"/>
          <w:szCs w:val="32"/>
          <w:cs/>
          <w:lang w:bidi="th-TH"/>
        </w:rPr>
        <w:t xml:space="preserve"> สำนักงานพัฒนาระบบสารสนเทศดิจิทัล สำนักดิจิทัลกรุงเทพมหานคร </w:t>
      </w:r>
      <w:r w:rsidR="0005220D">
        <w:rPr>
          <w:rFonts w:ascii="TH Sarabun New" w:hAnsi="TH Sarabun New" w:cs="TH Sarabun New"/>
          <w:sz w:val="32"/>
          <w:szCs w:val="32"/>
          <w:lang w:bidi="th-TH"/>
        </w:rPr>
        <w:br/>
      </w:r>
      <w:r w:rsidRPr="00B94DD7">
        <w:rPr>
          <w:rFonts w:ascii="TH Sarabun New" w:hAnsi="TH Sarabun New" w:cs="TH Sarabun New"/>
          <w:sz w:val="32"/>
          <w:szCs w:val="32"/>
          <w:cs/>
          <w:lang w:bidi="th-TH"/>
        </w:rPr>
        <w:t xml:space="preserve">ชั้น </w:t>
      </w:r>
      <w:r w:rsidRPr="00B94DD7">
        <w:rPr>
          <w:rFonts w:ascii="TH Sarabun New" w:hAnsi="TH Sarabun New" w:cs="TH Sarabun New"/>
          <w:sz w:val="32"/>
          <w:szCs w:val="32"/>
          <w:lang w:bidi="th-TH"/>
        </w:rPr>
        <w:t>7</w:t>
      </w:r>
      <w:r w:rsidRPr="00B94DD7">
        <w:rPr>
          <w:rFonts w:ascii="TH Sarabun New" w:hAnsi="TH Sarabun New" w:cs="TH Sarabun New"/>
          <w:sz w:val="32"/>
          <w:szCs w:val="32"/>
          <w:cs/>
          <w:lang w:bidi="th-TH"/>
        </w:rPr>
        <w:t xml:space="preserve"> อาคารสำนักการระบายน้ำ ศาลาว่าการกรุงเทพมหานคร </w:t>
      </w:r>
      <w:r w:rsidRPr="00B94DD7">
        <w:rPr>
          <w:rFonts w:ascii="TH Sarabun New" w:hAnsi="TH Sarabun New" w:cs="TH Sarabun New"/>
          <w:sz w:val="32"/>
          <w:szCs w:val="32"/>
          <w:lang w:bidi="th-TH"/>
        </w:rPr>
        <w:t>2</w:t>
      </w:r>
      <w:r w:rsidRPr="00B94DD7">
        <w:rPr>
          <w:rFonts w:ascii="TH Sarabun New" w:hAnsi="TH Sarabun New" w:cs="TH Sarabun New"/>
          <w:sz w:val="32"/>
          <w:szCs w:val="32"/>
          <w:cs/>
          <w:lang w:bidi="th-TH"/>
        </w:rPr>
        <w:t xml:space="preserve"> ดินแดง</w:t>
      </w:r>
      <w:r w:rsidRPr="00B94DD7">
        <w:rPr>
          <w:rFonts w:ascii="TH Sarabun New" w:hAnsi="TH Sarabun New" w:cs="TH Sarabun New"/>
          <w:sz w:val="32"/>
          <w:szCs w:val="32"/>
          <w:lang w:bidi="th-TH"/>
        </w:rPr>
        <w:t xml:space="preserve"> </w:t>
      </w:r>
      <w:r w:rsidRPr="00B94DD7">
        <w:rPr>
          <w:rFonts w:ascii="TH Sarabun New" w:hAnsi="TH Sarabun New" w:cs="TH Sarabun New"/>
          <w:sz w:val="32"/>
          <w:szCs w:val="32"/>
          <w:cs/>
          <w:lang w:bidi="th-TH"/>
        </w:rPr>
        <w:t>และผ่านระบบประชุมออนไลน์</w:t>
      </w:r>
      <w:r w:rsidRPr="00B94DD7">
        <w:rPr>
          <w:rFonts w:ascii="TH Sarabun New" w:hAnsi="TH Sarabun New" w:cs="TH Sarabun New"/>
          <w:sz w:val="32"/>
          <w:szCs w:val="32"/>
          <w:lang w:bidi="th-TH"/>
        </w:rPr>
        <w:t xml:space="preserve"> (Online)</w:t>
      </w:r>
    </w:p>
    <w:p w14:paraId="3A4CF354" w14:textId="17E09E8E" w:rsidR="003B0C84" w:rsidRDefault="003B0C84" w:rsidP="002731FC">
      <w:pPr>
        <w:spacing w:after="0" w:line="216" w:lineRule="auto"/>
        <w:jc w:val="center"/>
        <w:rPr>
          <w:rFonts w:ascii="TH Sarabun New" w:hAnsi="TH Sarabun New" w:cs="TH Sarabun New"/>
          <w:b/>
          <w:sz w:val="32"/>
          <w:szCs w:val="32"/>
          <w:lang w:bidi="th-TH"/>
        </w:rPr>
      </w:pPr>
      <w:r>
        <w:rPr>
          <w:rFonts w:ascii="TH Sarabun New" w:hAnsi="TH Sarabun New" w:cs="TH Sarabun New"/>
          <w:sz w:val="32"/>
          <w:szCs w:val="32"/>
          <w:lang w:bidi="th-TH"/>
        </w:rPr>
        <w:t>---------------------------------------------------</w:t>
      </w:r>
    </w:p>
    <w:p w14:paraId="2D7EC970" w14:textId="122C3828" w:rsidR="00E8138E" w:rsidRPr="00D852BF" w:rsidRDefault="00E8138E" w:rsidP="002731FC">
      <w:pPr>
        <w:spacing w:after="0" w:line="216" w:lineRule="auto"/>
        <w:jc w:val="center"/>
        <w:rPr>
          <w:rFonts w:ascii="TH Sarabun New" w:hAnsi="TH Sarabun New" w:cs="TH Sarabun New"/>
          <w:sz w:val="28"/>
          <w:szCs w:val="28"/>
          <w:cs/>
          <w:lang w:bidi="th-TH"/>
        </w:rPr>
      </w:pPr>
      <w:r w:rsidRPr="00D852BF">
        <w:rPr>
          <w:rFonts w:ascii="TH Sarabun New" w:hAnsi="TH Sarabun New" w:cs="TH Sarabun New"/>
          <w:b/>
          <w:sz w:val="28"/>
          <w:szCs w:val="28"/>
          <w:cs/>
          <w:lang w:bidi="th-TH"/>
        </w:rPr>
        <w:t>โครงการจัดทำเว็บไซต์บริการข้อมูลกรุงเทพมหานคร (</w:t>
      </w:r>
      <w:r w:rsidRPr="00D852BF">
        <w:rPr>
          <w:rFonts w:ascii="TH Sarabun New" w:hAnsi="TH Sarabun New" w:cs="TH Sarabun New"/>
          <w:bCs/>
          <w:sz w:val="28"/>
          <w:szCs w:val="28"/>
          <w:lang w:bidi="th-TH"/>
        </w:rPr>
        <w:t>GOV.BKK</w:t>
      </w:r>
      <w:r w:rsidRPr="00D852BF">
        <w:rPr>
          <w:rFonts w:ascii="TH Sarabun New" w:hAnsi="TH Sarabun New" w:cs="TH Sarabun New"/>
          <w:b/>
          <w:sz w:val="28"/>
          <w:szCs w:val="28"/>
          <w:cs/>
          <w:lang w:bidi="th-TH"/>
        </w:rPr>
        <w:t>) ด้วยวิธีการประกวดราคาอิเล็กทรอนิกส์ (</w:t>
      </w:r>
      <w:r w:rsidRPr="00D852BF">
        <w:rPr>
          <w:rFonts w:ascii="TH Sarabun New" w:hAnsi="TH Sarabun New" w:cs="TH Sarabun New"/>
          <w:bCs/>
          <w:sz w:val="28"/>
          <w:szCs w:val="28"/>
          <w:lang w:bidi="th-TH"/>
        </w:rPr>
        <w:t>e-bidding</w:t>
      </w:r>
      <w:r w:rsidRPr="00D852BF">
        <w:rPr>
          <w:rFonts w:ascii="TH Sarabun New" w:hAnsi="TH Sarabun New" w:cs="TH Sarabun New"/>
          <w:b/>
          <w:sz w:val="28"/>
          <w:szCs w:val="28"/>
          <w:cs/>
          <w:lang w:bidi="th-TH"/>
        </w:rPr>
        <w:t>)</w:t>
      </w:r>
    </w:p>
    <w:p w14:paraId="103DC636" w14:textId="1F2F6DA7" w:rsidR="0085799C" w:rsidRPr="00E57E35" w:rsidRDefault="00B94DD7" w:rsidP="002731FC">
      <w:pPr>
        <w:spacing w:after="120" w:line="216" w:lineRule="auto"/>
        <w:jc w:val="center"/>
        <w:rPr>
          <w:rFonts w:ascii="TH Sarabun New" w:hAnsi="TH Sarabun New" w:cs="TH Sarabun New"/>
          <w:sz w:val="28"/>
          <w:szCs w:val="28"/>
          <w:lang w:bidi="th-TH"/>
        </w:rPr>
      </w:pPr>
      <w:r w:rsidRPr="00E57E35">
        <w:rPr>
          <w:rFonts w:ascii="TH Sarabun New" w:hAnsi="TH Sarabun New" w:cs="TH Sarabun New"/>
          <w:sz w:val="28"/>
          <w:szCs w:val="28"/>
          <w:cs/>
          <w:lang w:bidi="th-TH"/>
        </w:rPr>
        <w:t>โดย</w:t>
      </w:r>
      <w:r w:rsidR="00000000" w:rsidRPr="00E57E35">
        <w:rPr>
          <w:rFonts w:ascii="TH Sarabun New" w:hAnsi="TH Sarabun New" w:cs="TH Sarabun New"/>
          <w:sz w:val="28"/>
          <w:szCs w:val="28"/>
        </w:rPr>
        <w:t xml:space="preserve"> </w:t>
      </w:r>
      <w:r w:rsidRPr="00E57E35">
        <w:rPr>
          <w:rFonts w:ascii="TH Sarabun New" w:hAnsi="TH Sarabun New" w:cs="TH Sarabun New"/>
          <w:sz w:val="28"/>
          <w:szCs w:val="28"/>
          <w:cs/>
          <w:lang w:bidi="th-TH"/>
        </w:rPr>
        <w:t>กอง</w:t>
      </w:r>
      <w:r w:rsidR="00860EDD" w:rsidRPr="00E57E35">
        <w:rPr>
          <w:rFonts w:ascii="TH Sarabun New" w:hAnsi="TH Sarabun New" w:cs="TH Sarabun New"/>
          <w:sz w:val="28"/>
          <w:szCs w:val="28"/>
          <w:cs/>
          <w:lang w:bidi="th-TH"/>
        </w:rPr>
        <w:t>ยุทธศาสตร์ดิจิทัล</w:t>
      </w:r>
      <w:r w:rsidR="00000000" w:rsidRPr="00E57E35">
        <w:rPr>
          <w:rFonts w:ascii="TH Sarabun New" w:hAnsi="TH Sarabun New" w:cs="TH Sarabun New"/>
          <w:sz w:val="28"/>
          <w:szCs w:val="28"/>
        </w:rPr>
        <w:t xml:space="preserve"> </w:t>
      </w:r>
      <w:r w:rsidR="00E8138E" w:rsidRPr="00E57E35">
        <w:rPr>
          <w:rFonts w:ascii="TH Sarabun New" w:hAnsi="TH Sarabun New" w:cs="TH Sarabun New"/>
          <w:sz w:val="28"/>
          <w:szCs w:val="28"/>
          <w:cs/>
          <w:lang w:bidi="th-TH"/>
        </w:rPr>
        <w:t>สำนักดิจิทัล</w:t>
      </w:r>
      <w:r w:rsidRPr="00E57E35">
        <w:rPr>
          <w:rFonts w:ascii="TH Sarabun New" w:hAnsi="TH Sarabun New" w:cs="TH Sarabun New"/>
          <w:sz w:val="28"/>
          <w:szCs w:val="28"/>
          <w:cs/>
          <w:lang w:bidi="th-TH"/>
        </w:rPr>
        <w:t>กรุงเทพมหานคร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60"/>
        <w:gridCol w:w="7968"/>
      </w:tblGrid>
      <w:tr w:rsidR="0085799C" w:rsidRPr="00B94DD7" w14:paraId="6EF93F1B" w14:textId="77777777" w:rsidTr="00FC7958">
        <w:trPr>
          <w:jc w:val="center"/>
        </w:trPr>
        <w:tc>
          <w:tcPr>
            <w:tcW w:w="1696" w:type="dxa"/>
            <w:shd w:val="clear" w:color="auto" w:fill="D9E2F3"/>
            <w:vAlign w:val="center"/>
          </w:tcPr>
          <w:p w14:paraId="2CE9BB91" w14:textId="1D4CF55C" w:rsidR="0085799C" w:rsidRPr="00B94DD7" w:rsidRDefault="00B94DD7" w:rsidP="002731FC">
            <w:pPr>
              <w:spacing w:line="216" w:lineRule="auto"/>
              <w:jc w:val="center"/>
              <w:rPr>
                <w:rFonts w:ascii="TH Sarabun New" w:hAnsi="TH Sarabun New" w:cs="TH Sarabun New"/>
                <w:bCs/>
                <w:sz w:val="32"/>
                <w:lang w:bidi="th-TH"/>
              </w:rPr>
            </w:pPr>
            <w:r w:rsidRPr="00B94DD7">
              <w:rPr>
                <w:rFonts w:ascii="TH Sarabun New" w:hAnsi="TH Sarabun New" w:cs="TH Sarabun New"/>
                <w:bCs/>
                <w:sz w:val="44"/>
                <w:szCs w:val="32"/>
                <w:cs/>
                <w:lang w:bidi="th-TH"/>
              </w:rPr>
              <w:t>เวลา</w:t>
            </w:r>
          </w:p>
        </w:tc>
        <w:tc>
          <w:tcPr>
            <w:tcW w:w="8222" w:type="dxa"/>
            <w:shd w:val="clear" w:color="auto" w:fill="D9E2F3"/>
            <w:vAlign w:val="center"/>
          </w:tcPr>
          <w:p w14:paraId="1DCD7B20" w14:textId="3C9F94AE" w:rsidR="0085799C" w:rsidRPr="00B94DD7" w:rsidRDefault="00B94DD7" w:rsidP="002731FC">
            <w:pPr>
              <w:spacing w:line="216" w:lineRule="auto"/>
              <w:jc w:val="center"/>
              <w:rPr>
                <w:rFonts w:ascii="TH Sarabun New" w:hAnsi="TH Sarabun New" w:cs="TH Sarabun New"/>
                <w:bCs/>
              </w:rPr>
            </w:pPr>
            <w:r w:rsidRPr="00B94DD7">
              <w:rPr>
                <w:rFonts w:ascii="TH Sarabun New" w:hAnsi="TH Sarabun New" w:cs="TH Sarabun New"/>
                <w:bCs/>
                <w:sz w:val="44"/>
                <w:szCs w:val="32"/>
                <w:cs/>
                <w:lang w:bidi="th-TH"/>
              </w:rPr>
              <w:t>กิจกรรม</w:t>
            </w:r>
          </w:p>
        </w:tc>
      </w:tr>
      <w:tr w:rsidR="0085799C" w:rsidRPr="00B94DD7" w14:paraId="512B7015" w14:textId="77777777" w:rsidTr="00FC7958">
        <w:trPr>
          <w:jc w:val="center"/>
        </w:trPr>
        <w:tc>
          <w:tcPr>
            <w:tcW w:w="1696" w:type="dxa"/>
            <w:vAlign w:val="center"/>
          </w:tcPr>
          <w:p w14:paraId="6AF6EFC2" w14:textId="77140365" w:rsidR="0085799C" w:rsidRPr="00B94DD7" w:rsidRDefault="00000000" w:rsidP="002731FC">
            <w:pPr>
              <w:spacing w:line="216" w:lineRule="auto"/>
              <w:ind w:right="-111" w:hanging="118"/>
              <w:jc w:val="center"/>
              <w:rPr>
                <w:rFonts w:ascii="TH Sarabun New" w:hAnsi="TH Sarabun New" w:cs="TH Sarabun New"/>
              </w:rPr>
            </w:pPr>
            <w:r w:rsidRPr="00B94DD7">
              <w:rPr>
                <w:rFonts w:ascii="TH Sarabun New" w:hAnsi="TH Sarabun New" w:cs="TH Sarabun New"/>
                <w:sz w:val="32"/>
              </w:rPr>
              <w:t>08.</w:t>
            </w:r>
            <w:r w:rsidR="00B94DD7">
              <w:rPr>
                <w:rFonts w:ascii="TH Sarabun New" w:hAnsi="TH Sarabun New" w:cs="TH Sarabun New"/>
                <w:sz w:val="32"/>
              </w:rPr>
              <w:t>3</w:t>
            </w:r>
            <w:r w:rsidRPr="00B94DD7">
              <w:rPr>
                <w:rFonts w:ascii="TH Sarabun New" w:hAnsi="TH Sarabun New" w:cs="TH Sarabun New"/>
                <w:sz w:val="32"/>
              </w:rPr>
              <w:t>0 - 09.00 น.</w:t>
            </w:r>
          </w:p>
        </w:tc>
        <w:tc>
          <w:tcPr>
            <w:tcW w:w="8222" w:type="dxa"/>
            <w:vAlign w:val="center"/>
          </w:tcPr>
          <w:p w14:paraId="1E58D68C" w14:textId="139A40BE" w:rsidR="0085799C" w:rsidRPr="00B94DD7" w:rsidRDefault="00B94DD7" w:rsidP="002731FC">
            <w:pPr>
              <w:spacing w:line="216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B94DD7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ลงทะเบียน</w:t>
            </w:r>
          </w:p>
        </w:tc>
      </w:tr>
      <w:tr w:rsidR="0085799C" w:rsidRPr="00B94DD7" w14:paraId="02FE609F" w14:textId="77777777" w:rsidTr="00FC7958">
        <w:trPr>
          <w:jc w:val="center"/>
        </w:trPr>
        <w:tc>
          <w:tcPr>
            <w:tcW w:w="1696" w:type="dxa"/>
            <w:vAlign w:val="center"/>
          </w:tcPr>
          <w:p w14:paraId="0A77AA74" w14:textId="77777777" w:rsidR="0085799C" w:rsidRPr="00B94DD7" w:rsidRDefault="00000000" w:rsidP="002731FC">
            <w:pPr>
              <w:spacing w:line="216" w:lineRule="auto"/>
              <w:ind w:right="-111" w:hanging="118"/>
              <w:jc w:val="center"/>
              <w:rPr>
                <w:rFonts w:ascii="TH Sarabun New" w:hAnsi="TH Sarabun New" w:cs="TH Sarabun New"/>
              </w:rPr>
            </w:pPr>
            <w:r w:rsidRPr="00B94DD7">
              <w:rPr>
                <w:rFonts w:ascii="TH Sarabun New" w:hAnsi="TH Sarabun New" w:cs="TH Sarabun New"/>
                <w:sz w:val="32"/>
              </w:rPr>
              <w:t>09.00 - 10.00 น.</w:t>
            </w:r>
          </w:p>
        </w:tc>
        <w:tc>
          <w:tcPr>
            <w:tcW w:w="8222" w:type="dxa"/>
            <w:vAlign w:val="center"/>
          </w:tcPr>
          <w:p w14:paraId="0B647DCA" w14:textId="5FA11E20" w:rsidR="00B94DD7" w:rsidRPr="00B94DD7" w:rsidRDefault="00B94DD7" w:rsidP="002731FC">
            <w:pPr>
              <w:spacing w:line="216" w:lineRule="auto"/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</w:pPr>
            <w:r w:rsidRPr="00B94DD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  <w:lang w:bidi="th-TH"/>
              </w:rPr>
              <w:t>ภาพรวมระบบเว็บไซต์บริการข้อมูลกรุงเทพมหานคร (</w:t>
            </w:r>
            <w:r w:rsidRPr="00B94DD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GOV.BKK) </w:t>
            </w:r>
            <w:r w:rsidRPr="00B94DD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  <w:lang w:bidi="th-TH"/>
              </w:rPr>
              <w:br/>
            </w:r>
            <w:r w:rsidRPr="00B94DD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  <w:lang w:bidi="th-TH"/>
              </w:rPr>
              <w:t>และการเข้าใช้งานระบบบริหารจัดการ (</w:t>
            </w:r>
            <w:r w:rsidRPr="00B94DD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Back-end CMS)</w:t>
            </w:r>
          </w:p>
          <w:p w14:paraId="106901F8" w14:textId="76157401" w:rsidR="00B94DD7" w:rsidRPr="00391196" w:rsidRDefault="00B94DD7" w:rsidP="002731FC">
            <w:pPr>
              <w:pStyle w:val="ListParagraph"/>
              <w:numPr>
                <w:ilvl w:val="0"/>
                <w:numId w:val="11"/>
              </w:numPr>
              <w:tabs>
                <w:tab w:val="left" w:pos="146"/>
              </w:tabs>
              <w:spacing w:line="216" w:lineRule="auto"/>
              <w:ind w:left="146" w:hanging="146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391196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แนวคิดและสถาปัตยกรรมของระบบบริหารจัดการเนื้อหา (</w:t>
            </w:r>
            <w:r w:rsidRPr="00391196">
              <w:rPr>
                <w:rFonts w:ascii="TH Sarabun New" w:hAnsi="TH Sarabun New" w:cs="TH Sarabun New"/>
                <w:sz w:val="32"/>
                <w:szCs w:val="32"/>
              </w:rPr>
              <w:t>Web Content Management System)</w:t>
            </w:r>
          </w:p>
          <w:p w14:paraId="0E45F0FB" w14:textId="6903A3D3" w:rsidR="00B94DD7" w:rsidRPr="00B94DD7" w:rsidRDefault="00B94DD7" w:rsidP="002731FC">
            <w:pPr>
              <w:pStyle w:val="ListParagraph"/>
              <w:numPr>
                <w:ilvl w:val="0"/>
                <w:numId w:val="11"/>
              </w:numPr>
              <w:tabs>
                <w:tab w:val="left" w:pos="146"/>
              </w:tabs>
              <w:spacing w:line="216" w:lineRule="auto"/>
              <w:ind w:left="146" w:hanging="146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94DD7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โครงสร้างเว็บไซต์ การนำทาง (</w:t>
            </w:r>
            <w:r w:rsidRPr="00B94DD7">
              <w:rPr>
                <w:rFonts w:ascii="TH Sarabun New" w:hAnsi="TH Sarabun New" w:cs="TH Sarabun New"/>
                <w:sz w:val="32"/>
                <w:szCs w:val="32"/>
              </w:rPr>
              <w:t xml:space="preserve">Navigation) </w:t>
            </w:r>
            <w:r w:rsidRPr="00B94DD7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และการรองรับ 2 ภาษา (ไทย/อังกฤษ)</w:t>
            </w:r>
          </w:p>
          <w:p w14:paraId="74A2739A" w14:textId="5813F029" w:rsidR="00B94DD7" w:rsidRPr="00B94DD7" w:rsidRDefault="00B94DD7" w:rsidP="002731FC">
            <w:pPr>
              <w:pStyle w:val="ListParagraph"/>
              <w:numPr>
                <w:ilvl w:val="0"/>
                <w:numId w:val="11"/>
              </w:numPr>
              <w:tabs>
                <w:tab w:val="left" w:pos="146"/>
              </w:tabs>
              <w:spacing w:line="216" w:lineRule="auto"/>
              <w:ind w:left="146" w:hanging="146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94DD7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ระบบเข้าสู่ระบบ (</w:t>
            </w:r>
            <w:r w:rsidRPr="00B94DD7">
              <w:rPr>
                <w:rFonts w:ascii="TH Sarabun New" w:hAnsi="TH Sarabun New" w:cs="TH Sarabun New"/>
                <w:sz w:val="32"/>
                <w:szCs w:val="32"/>
              </w:rPr>
              <w:t xml:space="preserve">Login) </w:t>
            </w:r>
            <w:r w:rsidRPr="00B94DD7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การยืนยันตัวตน และความปลอดภัยในการเข้าใช้งาน</w:t>
            </w:r>
          </w:p>
          <w:p w14:paraId="3BD2045E" w14:textId="41D7A9ED" w:rsidR="0085799C" w:rsidRPr="00B94DD7" w:rsidRDefault="00B94DD7" w:rsidP="002731FC">
            <w:pPr>
              <w:pStyle w:val="ListParagraph"/>
              <w:numPr>
                <w:ilvl w:val="0"/>
                <w:numId w:val="11"/>
              </w:numPr>
              <w:tabs>
                <w:tab w:val="left" w:pos="146"/>
              </w:tabs>
              <w:spacing w:line="216" w:lineRule="auto"/>
              <w:ind w:left="146" w:hanging="146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94DD7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ภาพรวมเมนูและขอบเขตการทำงานของผู้ดูแลระบบสูงสุด (</w:t>
            </w:r>
            <w:r w:rsidRPr="00B94DD7">
              <w:rPr>
                <w:rFonts w:ascii="TH Sarabun New" w:hAnsi="TH Sarabun New" w:cs="TH Sarabun New"/>
                <w:sz w:val="32"/>
                <w:szCs w:val="32"/>
              </w:rPr>
              <w:t>Super Admin)</w:t>
            </w:r>
            <w:r w:rsidR="00000000" w:rsidRPr="00B94DD7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</w:p>
        </w:tc>
      </w:tr>
      <w:tr w:rsidR="00996ED3" w:rsidRPr="00B94DD7" w14:paraId="6C17507A" w14:textId="77777777" w:rsidTr="00FC7958">
        <w:trPr>
          <w:jc w:val="center"/>
        </w:trPr>
        <w:tc>
          <w:tcPr>
            <w:tcW w:w="1696" w:type="dxa"/>
            <w:vAlign w:val="center"/>
          </w:tcPr>
          <w:p w14:paraId="09E6E786" w14:textId="4E9C1EF9" w:rsidR="00996ED3" w:rsidRPr="00B94DD7" w:rsidRDefault="00786412" w:rsidP="002731FC">
            <w:pPr>
              <w:spacing w:line="216" w:lineRule="auto"/>
              <w:ind w:right="-111" w:hanging="118"/>
              <w:jc w:val="center"/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</w:pPr>
            <w:r w:rsidRPr="00B94DD7">
              <w:rPr>
                <w:rFonts w:ascii="TH Sarabun New" w:hAnsi="TH Sarabun New" w:cs="TH Sarabun New"/>
                <w:sz w:val="32"/>
                <w:szCs w:val="32"/>
              </w:rPr>
              <w:t xml:space="preserve">10.00 – 10.15. </w:t>
            </w:r>
            <w:r w:rsidRPr="00B94DD7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8222" w:type="dxa"/>
            <w:vAlign w:val="center"/>
          </w:tcPr>
          <w:p w14:paraId="7A4CB70C" w14:textId="2B420879" w:rsidR="00996ED3" w:rsidRPr="00B94DD7" w:rsidRDefault="00786412" w:rsidP="002731FC">
            <w:pPr>
              <w:spacing w:line="216" w:lineRule="auto"/>
              <w:rPr>
                <w:rFonts w:ascii="TH Sarabun New" w:hAnsi="TH Sarabun New" w:cs="TH Sarabun New"/>
                <w:b/>
                <w:sz w:val="32"/>
                <w:szCs w:val="32"/>
                <w:lang w:bidi="th-TH"/>
              </w:rPr>
            </w:pPr>
            <w:r w:rsidRPr="00B94DD7">
              <w:rPr>
                <w:rFonts w:ascii="TH Sarabun New" w:hAnsi="TH Sarabun New" w:cs="TH Sarabun New"/>
                <w:b/>
                <w:sz w:val="32"/>
                <w:szCs w:val="32"/>
                <w:cs/>
                <w:lang w:bidi="th-TH"/>
              </w:rPr>
              <w:t xml:space="preserve"> พัก</w:t>
            </w:r>
            <w:r w:rsidR="00B94DD7" w:rsidRPr="00B94DD7">
              <w:rPr>
                <w:rFonts w:ascii="TH Sarabun New" w:hAnsi="TH Sarabun New" w:cs="TH Sarabun New"/>
                <w:b/>
                <w:sz w:val="32"/>
                <w:szCs w:val="32"/>
                <w:cs/>
                <w:lang w:bidi="th-TH"/>
              </w:rPr>
              <w:t>รับประทานอาหารว่าง</w:t>
            </w:r>
          </w:p>
        </w:tc>
      </w:tr>
      <w:tr w:rsidR="0085799C" w:rsidRPr="00B94DD7" w14:paraId="5545C172" w14:textId="77777777" w:rsidTr="00FC7958">
        <w:trPr>
          <w:jc w:val="center"/>
        </w:trPr>
        <w:tc>
          <w:tcPr>
            <w:tcW w:w="1696" w:type="dxa"/>
            <w:vAlign w:val="center"/>
          </w:tcPr>
          <w:p w14:paraId="73CD6F67" w14:textId="029A5EE8" w:rsidR="0085799C" w:rsidRPr="00B94DD7" w:rsidRDefault="00000000" w:rsidP="002731FC">
            <w:pPr>
              <w:spacing w:line="216" w:lineRule="auto"/>
              <w:ind w:right="-111" w:hanging="118"/>
              <w:jc w:val="center"/>
              <w:rPr>
                <w:rFonts w:ascii="TH Sarabun New" w:hAnsi="TH Sarabun New" w:cs="TH Sarabun New"/>
              </w:rPr>
            </w:pPr>
            <w:r w:rsidRPr="00B94DD7">
              <w:rPr>
                <w:rFonts w:ascii="TH Sarabun New" w:hAnsi="TH Sarabun New" w:cs="TH Sarabun New"/>
                <w:sz w:val="32"/>
              </w:rPr>
              <w:t>10.</w:t>
            </w:r>
            <w:r w:rsidR="00786412" w:rsidRPr="00B94DD7">
              <w:rPr>
                <w:rFonts w:ascii="TH Sarabun New" w:hAnsi="TH Sarabun New" w:cs="TH Sarabun New"/>
                <w:sz w:val="32"/>
                <w:lang w:bidi="th-TH"/>
              </w:rPr>
              <w:t>15</w:t>
            </w:r>
            <w:r w:rsidRPr="00B94DD7">
              <w:rPr>
                <w:rFonts w:ascii="TH Sarabun New" w:hAnsi="TH Sarabun New" w:cs="TH Sarabun New"/>
                <w:sz w:val="32"/>
              </w:rPr>
              <w:t xml:space="preserve"> - 12.00 น.</w:t>
            </w:r>
          </w:p>
        </w:tc>
        <w:tc>
          <w:tcPr>
            <w:tcW w:w="8222" w:type="dxa"/>
            <w:vAlign w:val="center"/>
          </w:tcPr>
          <w:p w14:paraId="1B3E8BF0" w14:textId="131BBBC5" w:rsidR="00B94DD7" w:rsidRPr="00B94DD7" w:rsidRDefault="00B94DD7" w:rsidP="002731FC">
            <w:pPr>
              <w:spacing w:line="216" w:lineRule="auto"/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</w:pPr>
            <w:r w:rsidRPr="00B94DD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  <w:lang w:bidi="th-TH"/>
              </w:rPr>
              <w:t>การบริหารจัดการผู้ใช้งานและสิทธิ์ และการตั้งค่าโครงสร้างเว็บไซต์</w:t>
            </w:r>
          </w:p>
          <w:p w14:paraId="12D0D1DB" w14:textId="7765C364" w:rsidR="0085799C" w:rsidRPr="0005220D" w:rsidRDefault="00B94DD7" w:rsidP="002731FC">
            <w:pPr>
              <w:pStyle w:val="ListParagraph"/>
              <w:numPr>
                <w:ilvl w:val="0"/>
                <w:numId w:val="11"/>
              </w:numPr>
              <w:tabs>
                <w:tab w:val="left" w:pos="146"/>
              </w:tabs>
              <w:spacing w:line="216" w:lineRule="auto"/>
              <w:ind w:left="146" w:right="-107" w:hanging="146"/>
              <w:rPr>
                <w:rFonts w:ascii="TH Sarabun New" w:hAnsi="TH Sarabun New" w:cs="TH Sarabun New"/>
                <w:b/>
                <w:bCs/>
                <w:spacing w:val="-8"/>
                <w:sz w:val="32"/>
                <w:szCs w:val="32"/>
                <w:lang w:bidi="th-TH"/>
              </w:rPr>
            </w:pPr>
            <w:r w:rsidRPr="0005220D">
              <w:rPr>
                <w:rFonts w:ascii="TH Sarabun New" w:hAnsi="TH Sarabun New" w:cs="TH Sarabun New"/>
                <w:spacing w:val="-8"/>
                <w:sz w:val="32"/>
                <w:szCs w:val="32"/>
                <w:cs/>
                <w:lang w:bidi="th-TH"/>
              </w:rPr>
              <w:t>โมดูลจัดการผู้ใช้ (</w:t>
            </w:r>
            <w:r w:rsidRPr="0005220D">
              <w:rPr>
                <w:rFonts w:ascii="TH Sarabun New" w:hAnsi="TH Sarabun New" w:cs="TH Sarabun New"/>
                <w:spacing w:val="-8"/>
                <w:sz w:val="32"/>
                <w:szCs w:val="32"/>
              </w:rPr>
              <w:t xml:space="preserve">Administrator): </w:t>
            </w:r>
            <w:r w:rsidRPr="0005220D">
              <w:rPr>
                <w:rFonts w:ascii="TH Sarabun New" w:hAnsi="TH Sarabun New" w:cs="TH Sarabun New"/>
                <w:spacing w:val="-8"/>
                <w:sz w:val="32"/>
                <w:szCs w:val="32"/>
                <w:cs/>
                <w:lang w:bidi="th-TH"/>
              </w:rPr>
              <w:t>เพิ่ม ลบ แก้ไขบัญชีผู้ใช้งานและการกำหนดสิทธิ์รายบัญชี</w:t>
            </w:r>
          </w:p>
          <w:p w14:paraId="3F9CFB94" w14:textId="510327BA" w:rsidR="00B94DD7" w:rsidRPr="00391196" w:rsidRDefault="00B94DD7" w:rsidP="00391196">
            <w:pPr>
              <w:pStyle w:val="ListParagraph"/>
              <w:numPr>
                <w:ilvl w:val="0"/>
                <w:numId w:val="11"/>
              </w:numPr>
              <w:tabs>
                <w:tab w:val="left" w:pos="146"/>
              </w:tabs>
              <w:spacing w:line="216" w:lineRule="auto"/>
              <w:ind w:left="146" w:right="-109" w:hanging="146"/>
              <w:rPr>
                <w:rFonts w:ascii="TH Sarabun New" w:hAnsi="TH Sarabun New" w:cs="TH Sarabun New"/>
                <w:spacing w:val="-8"/>
                <w:sz w:val="32"/>
                <w:szCs w:val="32"/>
                <w:lang w:bidi="th-TH"/>
              </w:rPr>
            </w:pPr>
            <w:r w:rsidRPr="00391196">
              <w:rPr>
                <w:rFonts w:ascii="TH Sarabun New" w:hAnsi="TH Sarabun New" w:cs="TH Sarabun New"/>
                <w:spacing w:val="-8"/>
                <w:sz w:val="32"/>
                <w:szCs w:val="32"/>
                <w:cs/>
                <w:lang w:bidi="th-TH"/>
              </w:rPr>
              <w:t>ระบบการออกแบบเว็บไซต์ (</w:t>
            </w:r>
            <w:r w:rsidRPr="00391196">
              <w:rPr>
                <w:rFonts w:ascii="TH Sarabun New" w:hAnsi="TH Sarabun New" w:cs="TH Sarabun New"/>
                <w:spacing w:val="-8"/>
                <w:sz w:val="32"/>
                <w:szCs w:val="32"/>
              </w:rPr>
              <w:t xml:space="preserve">Template Design Management System) </w:t>
            </w:r>
            <w:r w:rsidRPr="00391196">
              <w:rPr>
                <w:rFonts w:ascii="TH Sarabun New" w:hAnsi="TH Sarabun New" w:cs="TH Sarabun New"/>
                <w:spacing w:val="-8"/>
                <w:sz w:val="32"/>
                <w:szCs w:val="32"/>
                <w:cs/>
                <w:lang w:bidi="th-TH"/>
              </w:rPr>
              <w:t>และการจัดวางเทมเพลต</w:t>
            </w:r>
          </w:p>
          <w:p w14:paraId="0E65AD84" w14:textId="10F38B3B" w:rsidR="00B94DD7" w:rsidRPr="00B94DD7" w:rsidRDefault="00B94DD7" w:rsidP="002731FC">
            <w:pPr>
              <w:pStyle w:val="ListParagraph"/>
              <w:numPr>
                <w:ilvl w:val="0"/>
                <w:numId w:val="11"/>
              </w:numPr>
              <w:tabs>
                <w:tab w:val="left" w:pos="146"/>
              </w:tabs>
              <w:spacing w:line="216" w:lineRule="auto"/>
              <w:ind w:left="146" w:hanging="146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94DD7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 xml:space="preserve">ระบบจัดการ </w:t>
            </w:r>
            <w:r w:rsidRPr="00B94DD7">
              <w:rPr>
                <w:rFonts w:ascii="TH Sarabun New" w:hAnsi="TH Sarabun New" w:cs="TH Sarabun New"/>
                <w:sz w:val="32"/>
                <w:szCs w:val="32"/>
              </w:rPr>
              <w:t xml:space="preserve">Banner </w:t>
            </w:r>
            <w:r w:rsidRPr="00B94DD7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 xml:space="preserve">และระบบ </w:t>
            </w:r>
            <w:r w:rsidRPr="00B94DD7">
              <w:rPr>
                <w:rFonts w:ascii="TH Sarabun New" w:hAnsi="TH Sarabun New" w:cs="TH Sarabun New"/>
                <w:sz w:val="32"/>
                <w:szCs w:val="32"/>
              </w:rPr>
              <w:t>Pop-up Website</w:t>
            </w:r>
          </w:p>
          <w:p w14:paraId="7991DC11" w14:textId="6839C57F" w:rsidR="00B94DD7" w:rsidRPr="00B94DD7" w:rsidRDefault="00B94DD7" w:rsidP="002731FC">
            <w:pPr>
              <w:pStyle w:val="ListParagraph"/>
              <w:numPr>
                <w:ilvl w:val="0"/>
                <w:numId w:val="11"/>
              </w:numPr>
              <w:tabs>
                <w:tab w:val="left" w:pos="146"/>
              </w:tabs>
              <w:spacing w:line="216" w:lineRule="auto"/>
              <w:ind w:left="146" w:hanging="146"/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</w:pPr>
            <w:r w:rsidRPr="00B94DD7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โมดูลจัดการเว็บลิงก์ (</w:t>
            </w:r>
            <w:r w:rsidRPr="00B94DD7">
              <w:rPr>
                <w:rFonts w:ascii="TH Sarabun New" w:hAnsi="TH Sarabun New" w:cs="TH Sarabun New"/>
                <w:sz w:val="32"/>
                <w:szCs w:val="32"/>
              </w:rPr>
              <w:t>Link Management)</w:t>
            </w:r>
          </w:p>
          <w:p w14:paraId="56BABF32" w14:textId="32515B58" w:rsidR="0085799C" w:rsidRPr="00B94DD7" w:rsidRDefault="00B94DD7" w:rsidP="002731FC">
            <w:pPr>
              <w:pStyle w:val="ListParagraph"/>
              <w:numPr>
                <w:ilvl w:val="0"/>
                <w:numId w:val="11"/>
              </w:numPr>
              <w:tabs>
                <w:tab w:val="left" w:pos="146"/>
              </w:tabs>
              <w:spacing w:line="216" w:lineRule="auto"/>
              <w:ind w:left="146" w:hanging="146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94DD7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การบริหารจัดการข้อมูลพื้นฐานของหน่วยงาน</w:t>
            </w:r>
          </w:p>
        </w:tc>
      </w:tr>
      <w:tr w:rsidR="0085799C" w:rsidRPr="00B94DD7" w14:paraId="44189C22" w14:textId="77777777" w:rsidTr="00FC7958">
        <w:trPr>
          <w:jc w:val="center"/>
        </w:trPr>
        <w:tc>
          <w:tcPr>
            <w:tcW w:w="1696" w:type="dxa"/>
            <w:vAlign w:val="center"/>
          </w:tcPr>
          <w:p w14:paraId="701B1BE9" w14:textId="77777777" w:rsidR="0085799C" w:rsidRPr="00B94DD7" w:rsidRDefault="00000000" w:rsidP="002731FC">
            <w:pPr>
              <w:spacing w:line="216" w:lineRule="auto"/>
              <w:ind w:right="-111" w:hanging="118"/>
              <w:jc w:val="center"/>
              <w:rPr>
                <w:rFonts w:ascii="TH Sarabun New" w:hAnsi="TH Sarabun New" w:cs="TH Sarabun New"/>
              </w:rPr>
            </w:pPr>
            <w:r w:rsidRPr="00B94DD7">
              <w:rPr>
                <w:rFonts w:ascii="TH Sarabun New" w:hAnsi="TH Sarabun New" w:cs="TH Sarabun New"/>
                <w:sz w:val="32"/>
              </w:rPr>
              <w:t>12.00 - 13.00 น.</w:t>
            </w:r>
          </w:p>
        </w:tc>
        <w:tc>
          <w:tcPr>
            <w:tcW w:w="8222" w:type="dxa"/>
            <w:vAlign w:val="center"/>
          </w:tcPr>
          <w:p w14:paraId="5B0AB041" w14:textId="410F5FA7" w:rsidR="0085799C" w:rsidRPr="00B94DD7" w:rsidRDefault="00B94DD7" w:rsidP="002731FC">
            <w:pPr>
              <w:spacing w:line="216" w:lineRule="auto"/>
              <w:rPr>
                <w:rFonts w:ascii="TH Sarabun New" w:hAnsi="TH Sarabun New" w:cs="TH Sarabun New"/>
              </w:rPr>
            </w:pPr>
            <w:r w:rsidRPr="00B94DD7">
              <w:rPr>
                <w:rFonts w:ascii="TH Sarabun New" w:hAnsi="TH Sarabun New" w:cs="TH Sarabun New"/>
                <w:sz w:val="44"/>
                <w:szCs w:val="32"/>
                <w:cs/>
                <w:lang w:bidi="th-TH"/>
              </w:rPr>
              <w:t>พักรับประทานอาหารกลางวัน</w:t>
            </w:r>
          </w:p>
        </w:tc>
      </w:tr>
      <w:tr w:rsidR="00B94DD7" w:rsidRPr="00B94DD7" w14:paraId="1C249D42" w14:textId="77777777" w:rsidTr="00FC7958">
        <w:trPr>
          <w:jc w:val="center"/>
        </w:trPr>
        <w:tc>
          <w:tcPr>
            <w:tcW w:w="1696" w:type="dxa"/>
            <w:vAlign w:val="center"/>
          </w:tcPr>
          <w:p w14:paraId="173C5D73" w14:textId="47426F73" w:rsidR="00B94DD7" w:rsidRPr="00B94DD7" w:rsidRDefault="00B94DD7" w:rsidP="002731FC">
            <w:pPr>
              <w:spacing w:line="216" w:lineRule="auto"/>
              <w:ind w:right="-111" w:hanging="118"/>
              <w:jc w:val="center"/>
              <w:rPr>
                <w:rFonts w:ascii="TH Sarabun New" w:hAnsi="TH Sarabun New" w:cs="TH Sarabun New"/>
                <w:sz w:val="32"/>
              </w:rPr>
            </w:pPr>
            <w:r w:rsidRPr="00B94DD7">
              <w:rPr>
                <w:rFonts w:ascii="TH Sarabun New" w:hAnsi="TH Sarabun New" w:cs="TH Sarabun New"/>
                <w:sz w:val="32"/>
              </w:rPr>
              <w:t>13.00 - 14.30 น.</w:t>
            </w:r>
          </w:p>
        </w:tc>
        <w:tc>
          <w:tcPr>
            <w:tcW w:w="8222" w:type="dxa"/>
            <w:vAlign w:val="center"/>
          </w:tcPr>
          <w:p w14:paraId="165799A2" w14:textId="5B98E973" w:rsidR="00B94DD7" w:rsidRPr="00B94DD7" w:rsidRDefault="00B94DD7" w:rsidP="002731FC">
            <w:pPr>
              <w:spacing w:line="216" w:lineRule="auto"/>
              <w:rPr>
                <w:rFonts w:ascii="TH Sarabun New" w:hAnsi="TH Sarabun New" w:cs="TH Sarabun New"/>
                <w:b/>
                <w:bCs/>
                <w:spacing w:val="-6"/>
                <w:sz w:val="32"/>
                <w:szCs w:val="32"/>
                <w:lang w:bidi="th-TH"/>
              </w:rPr>
            </w:pPr>
            <w:r w:rsidRPr="00B94DD7">
              <w:rPr>
                <w:rFonts w:ascii="TH Sarabun New" w:hAnsi="TH Sarabun New" w:cs="TH Sarabun New"/>
                <w:b/>
                <w:bCs/>
                <w:spacing w:val="-6"/>
                <w:sz w:val="32"/>
                <w:szCs w:val="32"/>
                <w:cs/>
                <w:lang w:bidi="th-TH"/>
              </w:rPr>
              <w:t>การกำหนดค่าและการดูแลระบบในภาพรวม (</w:t>
            </w:r>
            <w:r w:rsidRPr="00B94DD7">
              <w:rPr>
                <w:rFonts w:ascii="TH Sarabun New" w:hAnsi="TH Sarabun New" w:cs="TH Sarabun New"/>
                <w:b/>
                <w:bCs/>
                <w:spacing w:val="-6"/>
                <w:sz w:val="32"/>
                <w:szCs w:val="32"/>
              </w:rPr>
              <w:t>System Configuration &amp; Administration)</w:t>
            </w:r>
          </w:p>
          <w:p w14:paraId="3DAAF74B" w14:textId="6C739977" w:rsidR="00B94DD7" w:rsidRPr="00B94DD7" w:rsidRDefault="00B94DD7" w:rsidP="002731FC">
            <w:pPr>
              <w:pStyle w:val="ListParagraph"/>
              <w:numPr>
                <w:ilvl w:val="0"/>
                <w:numId w:val="11"/>
              </w:numPr>
              <w:tabs>
                <w:tab w:val="left" w:pos="146"/>
              </w:tabs>
              <w:spacing w:line="216" w:lineRule="auto"/>
              <w:ind w:left="146" w:hanging="146"/>
              <w:rPr>
                <w:rFonts w:ascii="TH Sarabun New" w:hAnsi="TH Sarabun New" w:cs="TH Sarabun New"/>
                <w:sz w:val="32"/>
                <w:szCs w:val="32"/>
              </w:rPr>
            </w:pPr>
            <w:r w:rsidRPr="00B94DD7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ระบบการจัดการบริการข้อมูลและกรองข้อมูล (</w:t>
            </w:r>
            <w:r w:rsidRPr="00B94DD7">
              <w:rPr>
                <w:rFonts w:ascii="TH Sarabun New" w:hAnsi="TH Sarabun New" w:cs="TH Sarabun New"/>
                <w:sz w:val="32"/>
                <w:szCs w:val="32"/>
              </w:rPr>
              <w:t>Search &amp; Filter)</w:t>
            </w:r>
          </w:p>
          <w:p w14:paraId="01D9D09C" w14:textId="4B3F0485" w:rsidR="00B94DD7" w:rsidRPr="00B94DD7" w:rsidRDefault="00B94DD7" w:rsidP="002731FC">
            <w:pPr>
              <w:pStyle w:val="ListParagraph"/>
              <w:numPr>
                <w:ilvl w:val="0"/>
                <w:numId w:val="11"/>
              </w:numPr>
              <w:tabs>
                <w:tab w:val="left" w:pos="146"/>
              </w:tabs>
              <w:spacing w:line="216" w:lineRule="auto"/>
              <w:ind w:left="146" w:hanging="146"/>
              <w:rPr>
                <w:rFonts w:ascii="TH Sarabun New" w:hAnsi="TH Sarabun New" w:cs="TH Sarabun New"/>
                <w:cs/>
              </w:rPr>
            </w:pPr>
            <w:r w:rsidRPr="00B94DD7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การตั้งค่าโปรแกรมสนทนาอัตโนมัติ (</w:t>
            </w:r>
            <w:r w:rsidRPr="00B94DD7">
              <w:rPr>
                <w:rFonts w:ascii="TH Sarabun New" w:hAnsi="TH Sarabun New" w:cs="TH Sarabun New"/>
                <w:sz w:val="32"/>
                <w:szCs w:val="32"/>
              </w:rPr>
              <w:t xml:space="preserve">Chatbot) </w:t>
            </w:r>
            <w:r w:rsidRPr="00B94DD7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และการนำเสนอข้อมูลตามพฤติกรรมผู้ใช้</w:t>
            </w:r>
          </w:p>
        </w:tc>
      </w:tr>
      <w:tr w:rsidR="00B94DD7" w:rsidRPr="00B94DD7" w14:paraId="224256E1" w14:textId="77777777" w:rsidTr="00FC7958">
        <w:trPr>
          <w:jc w:val="center"/>
        </w:trPr>
        <w:tc>
          <w:tcPr>
            <w:tcW w:w="1696" w:type="dxa"/>
            <w:vAlign w:val="center"/>
          </w:tcPr>
          <w:p w14:paraId="7AE2B9EF" w14:textId="660BB354" w:rsidR="00B94DD7" w:rsidRPr="00B94DD7" w:rsidRDefault="00B94DD7" w:rsidP="002731FC">
            <w:pPr>
              <w:spacing w:line="216" w:lineRule="auto"/>
              <w:ind w:right="-111" w:hanging="118"/>
              <w:jc w:val="center"/>
              <w:rPr>
                <w:rFonts w:ascii="TH Sarabun New" w:hAnsi="TH Sarabun New" w:cs="TH Sarabun New"/>
                <w:sz w:val="32"/>
              </w:rPr>
            </w:pPr>
            <w:r w:rsidRPr="00B94DD7">
              <w:rPr>
                <w:rFonts w:ascii="TH Sarabun New" w:hAnsi="TH Sarabun New" w:cs="TH Sarabun New"/>
                <w:sz w:val="32"/>
              </w:rPr>
              <w:t>14.30 - 14.45 น.</w:t>
            </w:r>
          </w:p>
        </w:tc>
        <w:tc>
          <w:tcPr>
            <w:tcW w:w="8222" w:type="dxa"/>
            <w:vAlign w:val="center"/>
          </w:tcPr>
          <w:p w14:paraId="67041263" w14:textId="6DB8BF4C" w:rsidR="00B94DD7" w:rsidRPr="00B94DD7" w:rsidRDefault="00A96AE7" w:rsidP="002731FC">
            <w:pPr>
              <w:spacing w:line="216" w:lineRule="auto"/>
              <w:rPr>
                <w:rFonts w:ascii="TH Sarabun New" w:hAnsi="TH Sarabun New" w:cs="TH Sarabun New"/>
                <w:b/>
                <w:sz w:val="32"/>
                <w:lang w:bidi="th-TH"/>
              </w:rPr>
            </w:pPr>
            <w:r w:rsidRPr="00B94DD7">
              <w:rPr>
                <w:rFonts w:ascii="TH Sarabun New" w:hAnsi="TH Sarabun New" w:cs="TH Sarabun New"/>
                <w:b/>
                <w:sz w:val="32"/>
                <w:szCs w:val="32"/>
                <w:cs/>
                <w:lang w:bidi="th-TH"/>
              </w:rPr>
              <w:t>พักรับประทานอาหารว่าง</w:t>
            </w:r>
          </w:p>
        </w:tc>
      </w:tr>
      <w:tr w:rsidR="00B94DD7" w:rsidRPr="00B94DD7" w14:paraId="41F79378" w14:textId="77777777" w:rsidTr="00FC7958">
        <w:trPr>
          <w:jc w:val="center"/>
        </w:trPr>
        <w:tc>
          <w:tcPr>
            <w:tcW w:w="1696" w:type="dxa"/>
            <w:vAlign w:val="center"/>
          </w:tcPr>
          <w:p w14:paraId="0A20286B" w14:textId="51E13889" w:rsidR="00B94DD7" w:rsidRPr="00B94DD7" w:rsidRDefault="00B94DD7" w:rsidP="002731FC">
            <w:pPr>
              <w:spacing w:line="216" w:lineRule="auto"/>
              <w:ind w:right="-111" w:hanging="118"/>
              <w:jc w:val="center"/>
              <w:rPr>
                <w:rFonts w:ascii="TH Sarabun New" w:hAnsi="TH Sarabun New" w:cs="TH Sarabun New"/>
                <w:sz w:val="32"/>
              </w:rPr>
            </w:pPr>
            <w:r w:rsidRPr="00B94DD7">
              <w:rPr>
                <w:rFonts w:ascii="TH Sarabun New" w:hAnsi="TH Sarabun New" w:cs="TH Sarabun New"/>
                <w:sz w:val="32"/>
              </w:rPr>
              <w:t>1</w:t>
            </w:r>
            <w:r w:rsidRPr="00B94DD7">
              <w:rPr>
                <w:rFonts w:ascii="TH Sarabun New" w:hAnsi="TH Sarabun New" w:cs="TH Sarabun New"/>
                <w:sz w:val="32"/>
                <w:szCs w:val="32"/>
              </w:rPr>
              <w:t xml:space="preserve">4.45 – 16.00 </w:t>
            </w:r>
            <w:r w:rsidRPr="00B94DD7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8222" w:type="dxa"/>
            <w:vAlign w:val="center"/>
          </w:tcPr>
          <w:p w14:paraId="4842C6B9" w14:textId="3B8C79CD" w:rsidR="00B94DD7" w:rsidRPr="00B94DD7" w:rsidRDefault="00B94DD7" w:rsidP="002731FC">
            <w:pPr>
              <w:pStyle w:val="ListParagraph"/>
              <w:numPr>
                <w:ilvl w:val="0"/>
                <w:numId w:val="11"/>
              </w:numPr>
              <w:tabs>
                <w:tab w:val="left" w:pos="146"/>
              </w:tabs>
              <w:spacing w:line="216" w:lineRule="auto"/>
              <w:ind w:left="146" w:hanging="146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94DD7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ระบบเสนอข้อคิดเห็น/ข้อเสนอแนะ</w:t>
            </w:r>
          </w:p>
          <w:p w14:paraId="2C9DF7BD" w14:textId="435E3C14" w:rsidR="00B94DD7" w:rsidRPr="00B94DD7" w:rsidRDefault="00B94DD7" w:rsidP="002731FC">
            <w:pPr>
              <w:pStyle w:val="ListParagraph"/>
              <w:numPr>
                <w:ilvl w:val="0"/>
                <w:numId w:val="11"/>
              </w:numPr>
              <w:tabs>
                <w:tab w:val="left" w:pos="146"/>
              </w:tabs>
              <w:spacing w:line="216" w:lineRule="auto"/>
              <w:ind w:left="146" w:hanging="146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94DD7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 xml:space="preserve">การประกาศนโยบายความเป็นส่วนตัว และการจัดการ </w:t>
            </w:r>
            <w:r w:rsidRPr="00B94DD7">
              <w:rPr>
                <w:rFonts w:ascii="TH Sarabun New" w:hAnsi="TH Sarabun New" w:cs="TH Sarabun New"/>
                <w:sz w:val="32"/>
                <w:szCs w:val="32"/>
              </w:rPr>
              <w:t>Cookie Consent</w:t>
            </w:r>
          </w:p>
          <w:p w14:paraId="30A24508" w14:textId="60449C5F" w:rsidR="00B94DD7" w:rsidRDefault="00B94DD7" w:rsidP="002731FC">
            <w:pPr>
              <w:pStyle w:val="ListParagraph"/>
              <w:numPr>
                <w:ilvl w:val="0"/>
                <w:numId w:val="11"/>
              </w:numPr>
              <w:tabs>
                <w:tab w:val="left" w:pos="146"/>
              </w:tabs>
              <w:spacing w:line="216" w:lineRule="auto"/>
              <w:ind w:left="146" w:hanging="146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94DD7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 xml:space="preserve">ระบบจัดเก็บสถิติการใช้งานเว็บไซต์ และ </w:t>
            </w:r>
            <w:r w:rsidRPr="00B94DD7">
              <w:rPr>
                <w:rFonts w:ascii="TH Sarabun New" w:hAnsi="TH Sarabun New" w:cs="TH Sarabun New"/>
                <w:sz w:val="32"/>
                <w:szCs w:val="32"/>
              </w:rPr>
              <w:t xml:space="preserve">Dashboard </w:t>
            </w:r>
            <w:r w:rsidRPr="00B94DD7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วิเคราะห์ข้อมูล</w:t>
            </w:r>
          </w:p>
          <w:p w14:paraId="44CE70B6" w14:textId="6B6E686A" w:rsidR="00B94DD7" w:rsidRDefault="00B94DD7" w:rsidP="00B34CDE">
            <w:pPr>
              <w:pStyle w:val="ListParagraph"/>
              <w:numPr>
                <w:ilvl w:val="0"/>
                <w:numId w:val="11"/>
              </w:numPr>
              <w:tabs>
                <w:tab w:val="left" w:pos="146"/>
              </w:tabs>
              <w:spacing w:line="216" w:lineRule="auto"/>
              <w:ind w:left="146" w:hanging="146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34CD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โมดูลอื่นๆที่เกี่ยวข้อง</w:t>
            </w:r>
          </w:p>
          <w:p w14:paraId="3EC6D73A" w14:textId="006AADBE" w:rsidR="00B94DD7" w:rsidRDefault="00B94DD7" w:rsidP="00B34CDE">
            <w:pPr>
              <w:pStyle w:val="ListParagraph"/>
              <w:numPr>
                <w:ilvl w:val="0"/>
                <w:numId w:val="11"/>
              </w:numPr>
              <w:tabs>
                <w:tab w:val="left" w:pos="146"/>
              </w:tabs>
              <w:spacing w:line="216" w:lineRule="auto"/>
              <w:ind w:left="146" w:hanging="146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34CD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การแก้ไขปัญหาเบื้องต้น</w:t>
            </w:r>
          </w:p>
          <w:p w14:paraId="0EBB494C" w14:textId="40B861C8" w:rsidR="00B94DD7" w:rsidRPr="00B34CDE" w:rsidRDefault="00B94DD7" w:rsidP="00B34CDE">
            <w:pPr>
              <w:pStyle w:val="ListParagraph"/>
              <w:numPr>
                <w:ilvl w:val="0"/>
                <w:numId w:val="11"/>
              </w:numPr>
              <w:tabs>
                <w:tab w:val="left" w:pos="146"/>
              </w:tabs>
              <w:spacing w:line="216" w:lineRule="auto"/>
              <w:ind w:left="146" w:hanging="146"/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</w:pPr>
            <w:r w:rsidRPr="00B34CD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ถาม - ตอบ และสรุปการอบรม</w:t>
            </w:r>
            <w:r w:rsidRPr="00B34CDE">
              <w:rPr>
                <w:rFonts w:ascii="TH Sarabun New" w:hAnsi="TH Sarabun New" w:cs="TH Sarabun New"/>
                <w:sz w:val="32"/>
              </w:rPr>
              <w:t xml:space="preserve"> </w:t>
            </w:r>
          </w:p>
        </w:tc>
      </w:tr>
    </w:tbl>
    <w:p w14:paraId="2382E7F8" w14:textId="7524BB34" w:rsidR="00310C4F" w:rsidRDefault="00FC7958" w:rsidP="005A237C">
      <w:pPr>
        <w:spacing w:before="120" w:after="0" w:line="216" w:lineRule="auto"/>
        <w:rPr>
          <w:rFonts w:ascii="TH Sarabun New" w:hAnsi="TH Sarabun New" w:cs="TH Sarabun New"/>
          <w:b/>
          <w:sz w:val="32"/>
          <w:szCs w:val="32"/>
          <w:lang w:bidi="th-TH"/>
        </w:rPr>
      </w:pPr>
      <w:r w:rsidRPr="00FC7958">
        <w:rPr>
          <w:rFonts w:ascii="TH Sarabun New" w:hAnsi="TH Sarabun New" w:cs="TH Sarabun New" w:hint="cs"/>
          <w:bCs/>
          <w:sz w:val="32"/>
          <w:szCs w:val="32"/>
          <w:cs/>
          <w:lang w:bidi="th-TH"/>
        </w:rPr>
        <w:t>หมายเหตุ</w:t>
      </w:r>
      <w:r w:rsidRPr="00FC7958">
        <w:rPr>
          <w:rFonts w:ascii="TH Sarabun New" w:hAnsi="TH Sarabun New" w:cs="TH Sarabun New"/>
          <w:b/>
          <w:sz w:val="32"/>
          <w:szCs w:val="32"/>
          <w:lang w:bidi="th-TH"/>
        </w:rPr>
        <w:t>:</w:t>
      </w:r>
      <w:r w:rsidR="00310C4F" w:rsidRPr="00B94DD7">
        <w:rPr>
          <w:rFonts w:ascii="TH Sarabun New" w:hAnsi="TH Sarabun New" w:cs="TH Sarabun New"/>
          <w:b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b/>
          <w:sz w:val="32"/>
          <w:szCs w:val="32"/>
          <w:cs/>
          <w:lang w:bidi="th-TH"/>
        </w:rPr>
        <w:t>กำหนดการและกิจกรรมสามารถปรับเปลี่ยนได้ตามความเหมาะสม</w:t>
      </w:r>
    </w:p>
    <w:p w14:paraId="55E31730" w14:textId="77777777" w:rsidR="005A237C" w:rsidRDefault="005A237C">
      <w:pPr>
        <w:rPr>
          <w:rFonts w:ascii="TH Sarabun New" w:hAnsi="TH Sarabun New" w:cs="TH Sarabun New"/>
          <w:bCs/>
          <w:sz w:val="36"/>
          <w:szCs w:val="36"/>
          <w:cs/>
          <w:lang w:bidi="th-TH"/>
        </w:rPr>
      </w:pPr>
      <w:r>
        <w:rPr>
          <w:rFonts w:ascii="TH Sarabun New" w:hAnsi="TH Sarabun New" w:cs="TH Sarabun New"/>
          <w:bCs/>
          <w:sz w:val="36"/>
          <w:szCs w:val="36"/>
          <w:cs/>
          <w:lang w:bidi="th-TH"/>
        </w:rPr>
        <w:br w:type="page"/>
      </w:r>
    </w:p>
    <w:p w14:paraId="765231C7" w14:textId="133E3E27" w:rsidR="009D119E" w:rsidRPr="00B94DD7" w:rsidRDefault="009D119E" w:rsidP="009D119E">
      <w:pPr>
        <w:spacing w:after="0" w:line="216" w:lineRule="auto"/>
        <w:jc w:val="center"/>
        <w:rPr>
          <w:rFonts w:ascii="TH Sarabun New" w:hAnsi="TH Sarabun New" w:cs="TH Sarabun New"/>
          <w:bCs/>
          <w:sz w:val="36"/>
          <w:szCs w:val="36"/>
          <w:lang w:bidi="th-TH"/>
        </w:rPr>
      </w:pPr>
      <w:r w:rsidRPr="00B94DD7">
        <w:rPr>
          <w:rFonts w:ascii="TH Sarabun New" w:hAnsi="TH Sarabun New" w:cs="TH Sarabun New"/>
          <w:bCs/>
          <w:sz w:val="36"/>
          <w:szCs w:val="36"/>
          <w:cs/>
          <w:lang w:bidi="th-TH"/>
        </w:rPr>
        <w:lastRenderedPageBreak/>
        <w:t>กำหนดการ</w:t>
      </w:r>
    </w:p>
    <w:p w14:paraId="4A4C9FDF" w14:textId="39DC6DCC" w:rsidR="009D119E" w:rsidRPr="00B94DD7" w:rsidRDefault="009D119E" w:rsidP="009D119E">
      <w:pPr>
        <w:spacing w:after="0" w:line="216" w:lineRule="auto"/>
        <w:jc w:val="center"/>
        <w:rPr>
          <w:rFonts w:ascii="TH Sarabun New" w:hAnsi="TH Sarabun New" w:cs="TH Sarabun New"/>
          <w:bCs/>
          <w:sz w:val="36"/>
          <w:szCs w:val="36"/>
          <w:cs/>
          <w:lang w:bidi="th-TH"/>
        </w:rPr>
      </w:pPr>
      <w:r w:rsidRPr="00B94DD7">
        <w:rPr>
          <w:rFonts w:ascii="TH Sarabun New" w:hAnsi="TH Sarabun New" w:cs="TH Sarabun New"/>
          <w:bCs/>
          <w:sz w:val="36"/>
          <w:szCs w:val="36"/>
          <w:cs/>
          <w:lang w:bidi="th-TH"/>
        </w:rPr>
        <w:t>การอบรมการใช้งานเว็บไซต์บริการข้อมูลกรุงเทพมหานคร (</w:t>
      </w:r>
      <w:r w:rsidRPr="00B94DD7">
        <w:rPr>
          <w:rFonts w:ascii="TH Sarabun New" w:hAnsi="TH Sarabun New" w:cs="TH Sarabun New"/>
          <w:b/>
          <w:sz w:val="36"/>
          <w:szCs w:val="36"/>
          <w:lang w:bidi="th-TH"/>
        </w:rPr>
        <w:t>GOV.BKK</w:t>
      </w:r>
      <w:r w:rsidRPr="00B94DD7">
        <w:rPr>
          <w:rFonts w:ascii="TH Sarabun New" w:hAnsi="TH Sarabun New" w:cs="TH Sarabun New"/>
          <w:bCs/>
          <w:sz w:val="36"/>
          <w:szCs w:val="36"/>
          <w:cs/>
          <w:lang w:bidi="th-TH"/>
        </w:rPr>
        <w:t xml:space="preserve">) </w:t>
      </w:r>
      <w:r>
        <w:rPr>
          <w:rFonts w:ascii="TH Sarabun New" w:hAnsi="TH Sarabun New" w:cs="TH Sarabun New"/>
          <w:bCs/>
          <w:sz w:val="36"/>
          <w:szCs w:val="36"/>
          <w:lang w:bidi="th-TH"/>
        </w:rPr>
        <w:br/>
      </w:r>
      <w:r>
        <w:rPr>
          <w:rFonts w:ascii="TH Sarabun New" w:hAnsi="TH Sarabun New" w:cs="TH Sarabun New" w:hint="cs"/>
          <w:bCs/>
          <w:sz w:val="36"/>
          <w:szCs w:val="36"/>
          <w:cs/>
          <w:lang w:bidi="th-TH"/>
        </w:rPr>
        <w:t>สำหรับเจ้าหน้าที่ของหน่วยงาน</w:t>
      </w:r>
      <w:r w:rsidRPr="00B94DD7">
        <w:rPr>
          <w:rFonts w:ascii="TH Sarabun New" w:hAnsi="TH Sarabun New" w:cs="TH Sarabun New"/>
          <w:bCs/>
          <w:sz w:val="36"/>
          <w:szCs w:val="36"/>
          <w:cs/>
          <w:lang w:bidi="th-TH"/>
        </w:rPr>
        <w:t xml:space="preserve"> (</w:t>
      </w:r>
      <w:r w:rsidRPr="00B94DD7">
        <w:rPr>
          <w:rFonts w:ascii="TH Sarabun New" w:hAnsi="TH Sarabun New" w:cs="TH Sarabun New"/>
          <w:b/>
          <w:sz w:val="36"/>
          <w:szCs w:val="36"/>
          <w:lang w:bidi="th-TH"/>
        </w:rPr>
        <w:t>Admin</w:t>
      </w:r>
      <w:r w:rsidRPr="00B94DD7">
        <w:rPr>
          <w:rFonts w:ascii="TH Sarabun New" w:hAnsi="TH Sarabun New" w:cs="TH Sarabun New"/>
          <w:bCs/>
          <w:sz w:val="36"/>
          <w:szCs w:val="36"/>
          <w:cs/>
          <w:lang w:bidi="th-TH"/>
        </w:rPr>
        <w:t>)</w:t>
      </w:r>
    </w:p>
    <w:p w14:paraId="789DFC29" w14:textId="20D3A427" w:rsidR="009D119E" w:rsidRPr="00B94DD7" w:rsidRDefault="009D119E" w:rsidP="009D119E">
      <w:pPr>
        <w:spacing w:after="0" w:line="216" w:lineRule="auto"/>
        <w:jc w:val="center"/>
        <w:rPr>
          <w:rFonts w:ascii="TH Sarabun New" w:hAnsi="TH Sarabun New" w:cs="TH Sarabun New"/>
          <w:bCs/>
          <w:sz w:val="32"/>
          <w:szCs w:val="32"/>
        </w:rPr>
      </w:pPr>
      <w:r w:rsidRPr="00B94DD7">
        <w:rPr>
          <w:rFonts w:ascii="TH Sarabun New" w:hAnsi="TH Sarabun New" w:cs="TH Sarabun New"/>
          <w:b/>
          <w:sz w:val="32"/>
          <w:szCs w:val="32"/>
          <w:cs/>
          <w:lang w:bidi="th-TH"/>
        </w:rPr>
        <w:t>วัน</w:t>
      </w:r>
      <w:r>
        <w:rPr>
          <w:rFonts w:ascii="TH Sarabun New" w:hAnsi="TH Sarabun New" w:cs="TH Sarabun New" w:hint="cs"/>
          <w:b/>
          <w:sz w:val="32"/>
          <w:szCs w:val="32"/>
          <w:cs/>
          <w:lang w:bidi="th-TH"/>
        </w:rPr>
        <w:t>ศุกร์</w:t>
      </w:r>
      <w:r w:rsidRPr="00B94DD7">
        <w:rPr>
          <w:rFonts w:ascii="TH Sarabun New" w:hAnsi="TH Sarabun New" w:cs="TH Sarabun New"/>
          <w:b/>
          <w:sz w:val="32"/>
          <w:szCs w:val="32"/>
          <w:cs/>
          <w:lang w:bidi="th-TH"/>
        </w:rPr>
        <w:t>ที่</w:t>
      </w:r>
      <w:r w:rsidRPr="00B94DD7">
        <w:rPr>
          <w:rFonts w:ascii="TH Sarabun New" w:hAnsi="TH Sarabun New" w:cs="TH Sarabun New"/>
          <w:bCs/>
          <w:sz w:val="32"/>
          <w:szCs w:val="32"/>
        </w:rPr>
        <w:t xml:space="preserve"> 1</w:t>
      </w:r>
      <w:r>
        <w:rPr>
          <w:rFonts w:ascii="TH Sarabun New" w:hAnsi="TH Sarabun New" w:cs="TH Sarabun New"/>
          <w:bCs/>
          <w:sz w:val="32"/>
          <w:szCs w:val="32"/>
        </w:rPr>
        <w:t>7</w:t>
      </w:r>
      <w:r w:rsidRPr="00B94DD7">
        <w:rPr>
          <w:rFonts w:ascii="TH Sarabun New" w:hAnsi="TH Sarabun New" w:cs="TH Sarabun New"/>
          <w:bCs/>
          <w:sz w:val="32"/>
          <w:szCs w:val="32"/>
        </w:rPr>
        <w:t xml:space="preserve"> </w:t>
      </w:r>
      <w:r w:rsidRPr="00B94DD7">
        <w:rPr>
          <w:rFonts w:ascii="TH Sarabun New" w:hAnsi="TH Sarabun New" w:cs="TH Sarabun New"/>
          <w:b/>
          <w:sz w:val="32"/>
          <w:szCs w:val="32"/>
          <w:cs/>
          <w:lang w:bidi="th-TH"/>
        </w:rPr>
        <w:t>กรกฎาคม</w:t>
      </w:r>
      <w:r w:rsidRPr="00B94DD7">
        <w:rPr>
          <w:rFonts w:ascii="TH Sarabun New" w:hAnsi="TH Sarabun New" w:cs="TH Sarabun New"/>
          <w:bCs/>
          <w:sz w:val="32"/>
          <w:szCs w:val="32"/>
        </w:rPr>
        <w:t xml:space="preserve"> 2569 </w:t>
      </w:r>
      <w:r w:rsidRPr="00B94DD7">
        <w:rPr>
          <w:rFonts w:ascii="TH Sarabun New" w:hAnsi="TH Sarabun New" w:cs="TH Sarabun New"/>
          <w:b/>
          <w:sz w:val="32"/>
          <w:szCs w:val="32"/>
          <w:cs/>
          <w:lang w:bidi="th-TH"/>
        </w:rPr>
        <w:t>เวลา</w:t>
      </w:r>
      <w:r w:rsidRPr="00B94DD7">
        <w:rPr>
          <w:rFonts w:ascii="TH Sarabun New" w:hAnsi="TH Sarabun New" w:cs="TH Sarabun New"/>
          <w:bCs/>
          <w:sz w:val="32"/>
          <w:szCs w:val="32"/>
        </w:rPr>
        <w:t xml:space="preserve"> 08.30 - 16.00 </w:t>
      </w:r>
      <w:r w:rsidRPr="00B94DD7">
        <w:rPr>
          <w:rFonts w:ascii="TH Sarabun New" w:hAnsi="TH Sarabun New" w:cs="TH Sarabun New"/>
          <w:bCs/>
          <w:sz w:val="32"/>
          <w:szCs w:val="32"/>
          <w:lang w:bidi="th-TH"/>
        </w:rPr>
        <w:t>น</w:t>
      </w:r>
      <w:r w:rsidRPr="00B94DD7">
        <w:rPr>
          <w:rFonts w:ascii="TH Sarabun New" w:hAnsi="TH Sarabun New" w:cs="TH Sarabun New"/>
          <w:bCs/>
          <w:sz w:val="32"/>
          <w:szCs w:val="32"/>
        </w:rPr>
        <w:t>.</w:t>
      </w:r>
    </w:p>
    <w:p w14:paraId="5FDF9C0A" w14:textId="1173FEF0" w:rsidR="009D119E" w:rsidRDefault="009D119E" w:rsidP="009D119E">
      <w:pPr>
        <w:spacing w:after="0" w:line="216" w:lineRule="auto"/>
        <w:jc w:val="center"/>
        <w:rPr>
          <w:rFonts w:ascii="TH Sarabun New" w:hAnsi="TH Sarabun New" w:cs="TH Sarabun New"/>
          <w:sz w:val="32"/>
          <w:szCs w:val="32"/>
          <w:lang w:bidi="th-TH"/>
        </w:rPr>
      </w:pPr>
      <w:r w:rsidRPr="00B94DD7">
        <w:rPr>
          <w:rFonts w:ascii="TH Sarabun New" w:hAnsi="TH Sarabun New" w:cs="TH Sarabun New"/>
          <w:sz w:val="32"/>
          <w:szCs w:val="32"/>
          <w:lang w:bidi="th-TH"/>
        </w:rPr>
        <w:t xml:space="preserve">ณ </w:t>
      </w:r>
      <w:r w:rsidRPr="00B94DD7">
        <w:rPr>
          <w:rFonts w:ascii="TH Sarabun New" w:hAnsi="TH Sarabun New" w:cs="TH Sarabun New"/>
          <w:sz w:val="32"/>
          <w:szCs w:val="32"/>
          <w:cs/>
          <w:lang w:bidi="th-TH"/>
        </w:rPr>
        <w:t xml:space="preserve">ห้องฝึกอบรมคอมพิวเตอร์ </w:t>
      </w:r>
      <w:r>
        <w:rPr>
          <w:rFonts w:ascii="TH Sarabun New" w:hAnsi="TH Sarabun New" w:cs="TH Sarabun New"/>
          <w:sz w:val="32"/>
          <w:szCs w:val="32"/>
          <w:lang w:bidi="th-TH"/>
        </w:rPr>
        <w:t>2</w:t>
      </w:r>
      <w:r w:rsidRPr="00B94DD7">
        <w:rPr>
          <w:rFonts w:ascii="TH Sarabun New" w:hAnsi="TH Sarabun New" w:cs="TH Sarabun New"/>
          <w:sz w:val="32"/>
          <w:szCs w:val="32"/>
          <w:cs/>
          <w:lang w:bidi="th-TH"/>
        </w:rPr>
        <w:t xml:space="preserve"> สำนักงานพัฒนาระบบสารสนเทศดิจิทัล สำนักดิจิทัลกรุงเทพมหานคร </w:t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 w:rsidRPr="00B94DD7">
        <w:rPr>
          <w:rFonts w:ascii="TH Sarabun New" w:hAnsi="TH Sarabun New" w:cs="TH Sarabun New"/>
          <w:sz w:val="32"/>
          <w:szCs w:val="32"/>
          <w:cs/>
          <w:lang w:bidi="th-TH"/>
        </w:rPr>
        <w:t xml:space="preserve">ชั้น </w:t>
      </w:r>
      <w:r w:rsidRPr="00B94DD7">
        <w:rPr>
          <w:rFonts w:ascii="TH Sarabun New" w:hAnsi="TH Sarabun New" w:cs="TH Sarabun New"/>
          <w:sz w:val="32"/>
          <w:szCs w:val="32"/>
          <w:lang w:bidi="th-TH"/>
        </w:rPr>
        <w:t>7</w:t>
      </w:r>
      <w:r w:rsidRPr="00B94DD7">
        <w:rPr>
          <w:rFonts w:ascii="TH Sarabun New" w:hAnsi="TH Sarabun New" w:cs="TH Sarabun New"/>
          <w:sz w:val="32"/>
          <w:szCs w:val="32"/>
          <w:cs/>
          <w:lang w:bidi="th-TH"/>
        </w:rPr>
        <w:t xml:space="preserve"> อาคารสำนักการระบายน้ำ ศาลาว่าการกรุงเทพมหานคร </w:t>
      </w:r>
      <w:r w:rsidRPr="00B94DD7">
        <w:rPr>
          <w:rFonts w:ascii="TH Sarabun New" w:hAnsi="TH Sarabun New" w:cs="TH Sarabun New"/>
          <w:sz w:val="32"/>
          <w:szCs w:val="32"/>
          <w:lang w:bidi="th-TH"/>
        </w:rPr>
        <w:t>2</w:t>
      </w:r>
      <w:r w:rsidRPr="00B94DD7">
        <w:rPr>
          <w:rFonts w:ascii="TH Sarabun New" w:hAnsi="TH Sarabun New" w:cs="TH Sarabun New"/>
          <w:sz w:val="32"/>
          <w:szCs w:val="32"/>
          <w:cs/>
          <w:lang w:bidi="th-TH"/>
        </w:rPr>
        <w:t xml:space="preserve"> ดินแดง</w:t>
      </w:r>
      <w:r w:rsidRPr="00B94DD7">
        <w:rPr>
          <w:rFonts w:ascii="TH Sarabun New" w:hAnsi="TH Sarabun New" w:cs="TH Sarabun New"/>
          <w:sz w:val="32"/>
          <w:szCs w:val="32"/>
          <w:lang w:bidi="th-TH"/>
        </w:rPr>
        <w:t xml:space="preserve"> </w:t>
      </w:r>
      <w:r w:rsidRPr="00B94DD7">
        <w:rPr>
          <w:rFonts w:ascii="TH Sarabun New" w:hAnsi="TH Sarabun New" w:cs="TH Sarabun New"/>
          <w:sz w:val="32"/>
          <w:szCs w:val="32"/>
          <w:cs/>
          <w:lang w:bidi="th-TH"/>
        </w:rPr>
        <w:t>และผ่านระบบประชุมออนไลน์</w:t>
      </w:r>
      <w:r w:rsidRPr="00B94DD7">
        <w:rPr>
          <w:rFonts w:ascii="TH Sarabun New" w:hAnsi="TH Sarabun New" w:cs="TH Sarabun New"/>
          <w:sz w:val="32"/>
          <w:szCs w:val="32"/>
          <w:lang w:bidi="th-TH"/>
        </w:rPr>
        <w:t xml:space="preserve"> (Online)</w:t>
      </w:r>
    </w:p>
    <w:p w14:paraId="2072223F" w14:textId="77777777" w:rsidR="009D119E" w:rsidRDefault="009D119E" w:rsidP="009D119E">
      <w:pPr>
        <w:spacing w:after="0" w:line="216" w:lineRule="auto"/>
        <w:jc w:val="center"/>
        <w:rPr>
          <w:rFonts w:ascii="TH Sarabun New" w:hAnsi="TH Sarabun New" w:cs="TH Sarabun New"/>
          <w:b/>
          <w:sz w:val="32"/>
          <w:szCs w:val="32"/>
          <w:lang w:bidi="th-TH"/>
        </w:rPr>
      </w:pPr>
      <w:r>
        <w:rPr>
          <w:rFonts w:ascii="TH Sarabun New" w:hAnsi="TH Sarabun New" w:cs="TH Sarabun New"/>
          <w:sz w:val="32"/>
          <w:szCs w:val="32"/>
          <w:lang w:bidi="th-TH"/>
        </w:rPr>
        <w:t>---------------------------------------------------</w:t>
      </w:r>
    </w:p>
    <w:p w14:paraId="559892F7" w14:textId="77777777" w:rsidR="009D119E" w:rsidRPr="00D852BF" w:rsidRDefault="009D119E" w:rsidP="009D119E">
      <w:pPr>
        <w:spacing w:after="0" w:line="216" w:lineRule="auto"/>
        <w:jc w:val="center"/>
        <w:rPr>
          <w:rFonts w:ascii="TH Sarabun New" w:hAnsi="TH Sarabun New" w:cs="TH Sarabun New"/>
          <w:sz w:val="28"/>
          <w:szCs w:val="28"/>
          <w:cs/>
          <w:lang w:bidi="th-TH"/>
        </w:rPr>
      </w:pPr>
      <w:r w:rsidRPr="00D852BF">
        <w:rPr>
          <w:rFonts w:ascii="TH Sarabun New" w:hAnsi="TH Sarabun New" w:cs="TH Sarabun New"/>
          <w:b/>
          <w:sz w:val="28"/>
          <w:szCs w:val="28"/>
          <w:cs/>
          <w:lang w:bidi="th-TH"/>
        </w:rPr>
        <w:t>โครงการจัดทำเว็บไซต์บริการข้อมูลกรุงเทพมหานคร (</w:t>
      </w:r>
      <w:r w:rsidRPr="00D852BF">
        <w:rPr>
          <w:rFonts w:ascii="TH Sarabun New" w:hAnsi="TH Sarabun New" w:cs="TH Sarabun New"/>
          <w:bCs/>
          <w:sz w:val="28"/>
          <w:szCs w:val="28"/>
          <w:lang w:bidi="th-TH"/>
        </w:rPr>
        <w:t>GOV.BKK</w:t>
      </w:r>
      <w:r w:rsidRPr="00D852BF">
        <w:rPr>
          <w:rFonts w:ascii="TH Sarabun New" w:hAnsi="TH Sarabun New" w:cs="TH Sarabun New"/>
          <w:b/>
          <w:sz w:val="28"/>
          <w:szCs w:val="28"/>
          <w:cs/>
          <w:lang w:bidi="th-TH"/>
        </w:rPr>
        <w:t>) ด้วยวิธีการประกวดราคาอิเล็กทรอนิกส์ (</w:t>
      </w:r>
      <w:r w:rsidRPr="00D852BF">
        <w:rPr>
          <w:rFonts w:ascii="TH Sarabun New" w:hAnsi="TH Sarabun New" w:cs="TH Sarabun New"/>
          <w:bCs/>
          <w:sz w:val="28"/>
          <w:szCs w:val="28"/>
          <w:lang w:bidi="th-TH"/>
        </w:rPr>
        <w:t>e-bidding</w:t>
      </w:r>
      <w:r w:rsidRPr="00D852BF">
        <w:rPr>
          <w:rFonts w:ascii="TH Sarabun New" w:hAnsi="TH Sarabun New" w:cs="TH Sarabun New"/>
          <w:b/>
          <w:sz w:val="28"/>
          <w:szCs w:val="28"/>
          <w:cs/>
          <w:lang w:bidi="th-TH"/>
        </w:rPr>
        <w:t>)</w:t>
      </w:r>
    </w:p>
    <w:p w14:paraId="594B03E4" w14:textId="77777777" w:rsidR="009D119E" w:rsidRPr="00D852BF" w:rsidRDefault="009D119E" w:rsidP="009D119E">
      <w:pPr>
        <w:spacing w:after="120" w:line="216" w:lineRule="auto"/>
        <w:jc w:val="center"/>
        <w:rPr>
          <w:rFonts w:ascii="TH Sarabun New" w:hAnsi="TH Sarabun New" w:cs="TH Sarabun New"/>
          <w:sz w:val="28"/>
          <w:szCs w:val="28"/>
          <w:lang w:bidi="th-TH"/>
        </w:rPr>
      </w:pPr>
      <w:r w:rsidRPr="00D852BF">
        <w:rPr>
          <w:rFonts w:ascii="TH Sarabun New" w:hAnsi="TH Sarabun New" w:cs="TH Sarabun New"/>
          <w:sz w:val="28"/>
          <w:szCs w:val="28"/>
          <w:cs/>
          <w:lang w:bidi="th-TH"/>
        </w:rPr>
        <w:t>โดย</w:t>
      </w:r>
      <w:r w:rsidRPr="00D852BF">
        <w:rPr>
          <w:rFonts w:ascii="TH Sarabun New" w:hAnsi="TH Sarabun New" w:cs="TH Sarabun New"/>
          <w:sz w:val="28"/>
          <w:szCs w:val="28"/>
        </w:rPr>
        <w:t xml:space="preserve"> </w:t>
      </w:r>
      <w:r w:rsidRPr="00D852BF">
        <w:rPr>
          <w:rFonts w:ascii="TH Sarabun New" w:hAnsi="TH Sarabun New" w:cs="TH Sarabun New"/>
          <w:sz w:val="28"/>
          <w:szCs w:val="28"/>
          <w:cs/>
          <w:lang w:bidi="th-TH"/>
        </w:rPr>
        <w:t>กองยุทธศาสตร์ดิจิทัล</w:t>
      </w:r>
      <w:r w:rsidRPr="00D852BF">
        <w:rPr>
          <w:rFonts w:ascii="TH Sarabun New" w:hAnsi="TH Sarabun New" w:cs="TH Sarabun New"/>
          <w:sz w:val="28"/>
          <w:szCs w:val="28"/>
        </w:rPr>
        <w:t xml:space="preserve"> </w:t>
      </w:r>
      <w:r w:rsidRPr="00D852BF">
        <w:rPr>
          <w:rFonts w:ascii="TH Sarabun New" w:hAnsi="TH Sarabun New" w:cs="TH Sarabun New"/>
          <w:sz w:val="28"/>
          <w:szCs w:val="28"/>
          <w:cs/>
          <w:lang w:bidi="th-TH"/>
        </w:rPr>
        <w:t>สำนักดิจิทัลกรุงเทพมหานคร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58"/>
        <w:gridCol w:w="7970"/>
      </w:tblGrid>
      <w:tr w:rsidR="009D119E" w:rsidRPr="00B94DD7" w14:paraId="2D923E19" w14:textId="77777777" w:rsidTr="00087CAD">
        <w:trPr>
          <w:jc w:val="center"/>
        </w:trPr>
        <w:tc>
          <w:tcPr>
            <w:tcW w:w="1696" w:type="dxa"/>
            <w:shd w:val="clear" w:color="auto" w:fill="D9E2F3"/>
            <w:vAlign w:val="center"/>
          </w:tcPr>
          <w:p w14:paraId="2DE12CD4" w14:textId="77777777" w:rsidR="009D119E" w:rsidRPr="00B94DD7" w:rsidRDefault="009D119E" w:rsidP="00087CAD">
            <w:pPr>
              <w:spacing w:line="216" w:lineRule="auto"/>
              <w:jc w:val="center"/>
              <w:rPr>
                <w:rFonts w:ascii="TH Sarabun New" w:hAnsi="TH Sarabun New" w:cs="TH Sarabun New"/>
                <w:bCs/>
                <w:sz w:val="32"/>
                <w:lang w:bidi="th-TH"/>
              </w:rPr>
            </w:pPr>
            <w:r w:rsidRPr="00B94DD7">
              <w:rPr>
                <w:rFonts w:ascii="TH Sarabun New" w:hAnsi="TH Sarabun New" w:cs="TH Sarabun New"/>
                <w:bCs/>
                <w:sz w:val="44"/>
                <w:szCs w:val="32"/>
                <w:cs/>
                <w:lang w:bidi="th-TH"/>
              </w:rPr>
              <w:t>เวลา</w:t>
            </w:r>
          </w:p>
        </w:tc>
        <w:tc>
          <w:tcPr>
            <w:tcW w:w="8222" w:type="dxa"/>
            <w:shd w:val="clear" w:color="auto" w:fill="D9E2F3"/>
            <w:vAlign w:val="center"/>
          </w:tcPr>
          <w:p w14:paraId="3281832E" w14:textId="77777777" w:rsidR="009D119E" w:rsidRPr="00B94DD7" w:rsidRDefault="009D119E" w:rsidP="00087CAD">
            <w:pPr>
              <w:spacing w:line="216" w:lineRule="auto"/>
              <w:jc w:val="center"/>
              <w:rPr>
                <w:rFonts w:ascii="TH Sarabun New" w:hAnsi="TH Sarabun New" w:cs="TH Sarabun New"/>
                <w:bCs/>
              </w:rPr>
            </w:pPr>
            <w:r w:rsidRPr="00B94DD7">
              <w:rPr>
                <w:rFonts w:ascii="TH Sarabun New" w:hAnsi="TH Sarabun New" w:cs="TH Sarabun New"/>
                <w:bCs/>
                <w:sz w:val="44"/>
                <w:szCs w:val="32"/>
                <w:cs/>
                <w:lang w:bidi="th-TH"/>
              </w:rPr>
              <w:t>กิจกรรม</w:t>
            </w:r>
          </w:p>
        </w:tc>
      </w:tr>
      <w:tr w:rsidR="009D119E" w:rsidRPr="00B94DD7" w14:paraId="23C7FFE4" w14:textId="77777777" w:rsidTr="00087CAD">
        <w:trPr>
          <w:jc w:val="center"/>
        </w:trPr>
        <w:tc>
          <w:tcPr>
            <w:tcW w:w="1696" w:type="dxa"/>
            <w:vAlign w:val="center"/>
          </w:tcPr>
          <w:p w14:paraId="5E651C5F" w14:textId="77777777" w:rsidR="009D119E" w:rsidRPr="00B94DD7" w:rsidRDefault="009D119E" w:rsidP="00087CAD">
            <w:pPr>
              <w:spacing w:line="216" w:lineRule="auto"/>
              <w:ind w:right="-111" w:hanging="118"/>
              <w:jc w:val="center"/>
              <w:rPr>
                <w:rFonts w:ascii="TH Sarabun New" w:hAnsi="TH Sarabun New" w:cs="TH Sarabun New"/>
              </w:rPr>
            </w:pPr>
            <w:r w:rsidRPr="00B94DD7">
              <w:rPr>
                <w:rFonts w:ascii="TH Sarabun New" w:hAnsi="TH Sarabun New" w:cs="TH Sarabun New"/>
                <w:sz w:val="32"/>
              </w:rPr>
              <w:t>08.</w:t>
            </w:r>
            <w:r>
              <w:rPr>
                <w:rFonts w:ascii="TH Sarabun New" w:hAnsi="TH Sarabun New" w:cs="TH Sarabun New"/>
                <w:sz w:val="32"/>
              </w:rPr>
              <w:t>3</w:t>
            </w:r>
            <w:r w:rsidRPr="00B94DD7">
              <w:rPr>
                <w:rFonts w:ascii="TH Sarabun New" w:hAnsi="TH Sarabun New" w:cs="TH Sarabun New"/>
                <w:sz w:val="32"/>
              </w:rPr>
              <w:t>0 - 09.00 น.</w:t>
            </w:r>
          </w:p>
        </w:tc>
        <w:tc>
          <w:tcPr>
            <w:tcW w:w="8222" w:type="dxa"/>
            <w:vAlign w:val="center"/>
          </w:tcPr>
          <w:p w14:paraId="67FE59CD" w14:textId="77777777" w:rsidR="009D119E" w:rsidRPr="00B94DD7" w:rsidRDefault="009D119E" w:rsidP="00087CAD">
            <w:pPr>
              <w:spacing w:line="216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B94DD7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ลงทะเบียน</w:t>
            </w:r>
          </w:p>
        </w:tc>
      </w:tr>
      <w:tr w:rsidR="009D119E" w:rsidRPr="00B94DD7" w14:paraId="1DCD65C0" w14:textId="77777777" w:rsidTr="00087CAD">
        <w:trPr>
          <w:jc w:val="center"/>
        </w:trPr>
        <w:tc>
          <w:tcPr>
            <w:tcW w:w="1696" w:type="dxa"/>
            <w:vAlign w:val="center"/>
          </w:tcPr>
          <w:p w14:paraId="4AB08F51" w14:textId="77777777" w:rsidR="009D119E" w:rsidRPr="00B94DD7" w:rsidRDefault="009D119E" w:rsidP="00087CAD">
            <w:pPr>
              <w:spacing w:line="216" w:lineRule="auto"/>
              <w:ind w:right="-111" w:hanging="118"/>
              <w:jc w:val="center"/>
              <w:rPr>
                <w:rFonts w:ascii="TH Sarabun New" w:hAnsi="TH Sarabun New" w:cs="TH Sarabun New"/>
              </w:rPr>
            </w:pPr>
            <w:r w:rsidRPr="00B94DD7">
              <w:rPr>
                <w:rFonts w:ascii="TH Sarabun New" w:hAnsi="TH Sarabun New" w:cs="TH Sarabun New"/>
                <w:sz w:val="32"/>
              </w:rPr>
              <w:t>09.00 - 10.00 น.</w:t>
            </w:r>
          </w:p>
        </w:tc>
        <w:tc>
          <w:tcPr>
            <w:tcW w:w="8222" w:type="dxa"/>
            <w:vAlign w:val="center"/>
          </w:tcPr>
          <w:p w14:paraId="7276E6D2" w14:textId="06CFECD0" w:rsidR="009D119E" w:rsidRPr="00B94DD7" w:rsidRDefault="009D119E" w:rsidP="00FF4E41">
            <w:pPr>
              <w:spacing w:line="216" w:lineRule="auto"/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</w:pPr>
            <w:r w:rsidRPr="009D119E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  <w:lang w:bidi="th-TH"/>
              </w:rPr>
              <w:t>ภาพรวมระบบเว็บไซต์บริการข้อมูลกรุงเทพมหานคร</w:t>
            </w:r>
            <w:r w:rsidRPr="009D119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  <w:lang w:bidi="th-TH"/>
              </w:rPr>
              <w:t xml:space="preserve"> (</w:t>
            </w:r>
            <w:r w:rsidRPr="009D119E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GOV.BKK)</w:t>
            </w:r>
            <w:r w:rsidR="00FF4E41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="00FF4E4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  <w:lang w:bidi="th-TH"/>
              </w:rPr>
              <w:br/>
            </w:r>
            <w:r w:rsidRPr="009D119E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  <w:lang w:bidi="th-TH"/>
              </w:rPr>
              <w:t>และการใช้งานระบบสำหรับเจ้าหน้าที่</w:t>
            </w:r>
            <w:r w:rsidR="00CB6C9E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  <w:lang w:bidi="th-TH"/>
              </w:rPr>
              <w:t>ของหน่วยงาน</w:t>
            </w:r>
            <w:r w:rsidRPr="009D119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  <w:lang w:bidi="th-TH"/>
              </w:rPr>
              <w:t xml:space="preserve"> (</w:t>
            </w:r>
            <w:r w:rsidRPr="009D119E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Admin)</w:t>
            </w:r>
          </w:p>
          <w:p w14:paraId="568202AB" w14:textId="675EE71E" w:rsidR="009D119E" w:rsidRPr="00CB6C9E" w:rsidRDefault="00CB6C9E" w:rsidP="00087CAD">
            <w:pPr>
              <w:pStyle w:val="ListParagraph"/>
              <w:numPr>
                <w:ilvl w:val="0"/>
                <w:numId w:val="11"/>
              </w:numPr>
              <w:tabs>
                <w:tab w:val="left" w:pos="146"/>
              </w:tabs>
              <w:spacing w:line="216" w:lineRule="auto"/>
              <w:ind w:left="146" w:hanging="146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CB6C9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การเข้าสู่ระบบ (</w:t>
            </w:r>
            <w:r w:rsidRPr="00CB6C9E">
              <w:rPr>
                <w:rFonts w:ascii="TH Sarabun New" w:hAnsi="TH Sarabun New" w:cs="TH Sarabun New"/>
                <w:sz w:val="32"/>
                <w:szCs w:val="32"/>
              </w:rPr>
              <w:t xml:space="preserve">Login) </w:t>
            </w:r>
            <w:r w:rsidRPr="00CB6C9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และการจัดการบัญชีผู้ใช้งานของตนเอง</w:t>
            </w:r>
          </w:p>
          <w:p w14:paraId="54AD480A" w14:textId="7F673225" w:rsidR="00CB6C9E" w:rsidRDefault="00CB6C9E" w:rsidP="00CB6C9E">
            <w:pPr>
              <w:pStyle w:val="ListParagraph"/>
              <w:numPr>
                <w:ilvl w:val="0"/>
                <w:numId w:val="11"/>
              </w:numPr>
              <w:tabs>
                <w:tab w:val="left" w:pos="146"/>
              </w:tabs>
              <w:spacing w:line="216" w:lineRule="auto"/>
              <w:ind w:left="146" w:hanging="146"/>
              <w:rPr>
                <w:rFonts w:ascii="TH Sarabun New" w:hAnsi="TH Sarabun New" w:cs="TH Sarabun New"/>
                <w:sz w:val="32"/>
                <w:szCs w:val="32"/>
              </w:rPr>
            </w:pPr>
            <w:r w:rsidRPr="00CB6C9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ภาพรวมเมนูและสิทธิ์การใช้งานตามบทบาทที่ได้รับมอบหมาย</w:t>
            </w:r>
          </w:p>
          <w:p w14:paraId="356FD1B9" w14:textId="7510CED3" w:rsidR="009D119E" w:rsidRPr="00CB6C9E" w:rsidRDefault="00CB6C9E" w:rsidP="00CB6C9E">
            <w:pPr>
              <w:pStyle w:val="ListParagraph"/>
              <w:numPr>
                <w:ilvl w:val="0"/>
                <w:numId w:val="11"/>
              </w:numPr>
              <w:tabs>
                <w:tab w:val="left" w:pos="146"/>
              </w:tabs>
              <w:spacing w:line="216" w:lineRule="auto"/>
              <w:ind w:left="146" w:hanging="146"/>
              <w:rPr>
                <w:rFonts w:ascii="TH Sarabun New" w:hAnsi="TH Sarabun New" w:cs="TH Sarabun New" w:hint="cs"/>
                <w:sz w:val="32"/>
                <w:szCs w:val="32"/>
              </w:rPr>
            </w:pPr>
            <w:r w:rsidRPr="00CB6C9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ขั้นตอนการสร้าง บันทึก ตรวจทาน และเผยแพร่เนื้อหา (</w:t>
            </w:r>
            <w:r w:rsidRPr="00CB6C9E">
              <w:rPr>
                <w:rFonts w:ascii="TH Sarabun New" w:hAnsi="TH Sarabun New" w:cs="TH Sarabun New"/>
                <w:sz w:val="32"/>
                <w:szCs w:val="32"/>
              </w:rPr>
              <w:t>Publish/Unpublish)</w:t>
            </w:r>
          </w:p>
        </w:tc>
      </w:tr>
      <w:tr w:rsidR="009D119E" w:rsidRPr="00B94DD7" w14:paraId="0B7C24D1" w14:textId="77777777" w:rsidTr="00087CAD">
        <w:trPr>
          <w:jc w:val="center"/>
        </w:trPr>
        <w:tc>
          <w:tcPr>
            <w:tcW w:w="1696" w:type="dxa"/>
            <w:vAlign w:val="center"/>
          </w:tcPr>
          <w:p w14:paraId="6BC52B6C" w14:textId="77777777" w:rsidR="009D119E" w:rsidRPr="00B94DD7" w:rsidRDefault="009D119E" w:rsidP="00087CAD">
            <w:pPr>
              <w:spacing w:line="216" w:lineRule="auto"/>
              <w:ind w:right="-111" w:hanging="118"/>
              <w:jc w:val="center"/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</w:pPr>
            <w:r w:rsidRPr="00B94DD7">
              <w:rPr>
                <w:rFonts w:ascii="TH Sarabun New" w:hAnsi="TH Sarabun New" w:cs="TH Sarabun New"/>
                <w:sz w:val="32"/>
                <w:szCs w:val="32"/>
              </w:rPr>
              <w:t xml:space="preserve">10.00 – 10.15. </w:t>
            </w:r>
            <w:r w:rsidRPr="00B94DD7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8222" w:type="dxa"/>
            <w:vAlign w:val="center"/>
          </w:tcPr>
          <w:p w14:paraId="061FC2AD" w14:textId="77777777" w:rsidR="009D119E" w:rsidRPr="00B94DD7" w:rsidRDefault="009D119E" w:rsidP="00087CAD">
            <w:pPr>
              <w:spacing w:line="216" w:lineRule="auto"/>
              <w:rPr>
                <w:rFonts w:ascii="TH Sarabun New" w:hAnsi="TH Sarabun New" w:cs="TH Sarabun New"/>
                <w:b/>
                <w:sz w:val="32"/>
                <w:szCs w:val="32"/>
                <w:lang w:bidi="th-TH"/>
              </w:rPr>
            </w:pPr>
            <w:r w:rsidRPr="00B94DD7">
              <w:rPr>
                <w:rFonts w:ascii="TH Sarabun New" w:hAnsi="TH Sarabun New" w:cs="TH Sarabun New"/>
                <w:b/>
                <w:sz w:val="32"/>
                <w:szCs w:val="32"/>
                <w:cs/>
                <w:lang w:bidi="th-TH"/>
              </w:rPr>
              <w:t xml:space="preserve"> พักรับประทานอาหารว่าง</w:t>
            </w:r>
          </w:p>
        </w:tc>
      </w:tr>
      <w:tr w:rsidR="009D119E" w:rsidRPr="00B94DD7" w14:paraId="63F60651" w14:textId="77777777" w:rsidTr="00087CAD">
        <w:trPr>
          <w:jc w:val="center"/>
        </w:trPr>
        <w:tc>
          <w:tcPr>
            <w:tcW w:w="1696" w:type="dxa"/>
            <w:vAlign w:val="center"/>
          </w:tcPr>
          <w:p w14:paraId="349D21B8" w14:textId="77777777" w:rsidR="009D119E" w:rsidRPr="00B94DD7" w:rsidRDefault="009D119E" w:rsidP="00087CAD">
            <w:pPr>
              <w:spacing w:line="216" w:lineRule="auto"/>
              <w:ind w:right="-111" w:hanging="118"/>
              <w:jc w:val="center"/>
              <w:rPr>
                <w:rFonts w:ascii="TH Sarabun New" w:hAnsi="TH Sarabun New" w:cs="TH Sarabun New"/>
              </w:rPr>
            </w:pPr>
            <w:r w:rsidRPr="00B94DD7">
              <w:rPr>
                <w:rFonts w:ascii="TH Sarabun New" w:hAnsi="TH Sarabun New" w:cs="TH Sarabun New"/>
                <w:sz w:val="32"/>
              </w:rPr>
              <w:t>10.</w:t>
            </w:r>
            <w:r w:rsidRPr="00B94DD7">
              <w:rPr>
                <w:rFonts w:ascii="TH Sarabun New" w:hAnsi="TH Sarabun New" w:cs="TH Sarabun New"/>
                <w:sz w:val="32"/>
                <w:lang w:bidi="th-TH"/>
              </w:rPr>
              <w:t>15</w:t>
            </w:r>
            <w:r w:rsidRPr="00B94DD7">
              <w:rPr>
                <w:rFonts w:ascii="TH Sarabun New" w:hAnsi="TH Sarabun New" w:cs="TH Sarabun New"/>
                <w:sz w:val="32"/>
              </w:rPr>
              <w:t xml:space="preserve"> - 12.00 น.</w:t>
            </w:r>
          </w:p>
        </w:tc>
        <w:tc>
          <w:tcPr>
            <w:tcW w:w="8222" w:type="dxa"/>
            <w:vAlign w:val="center"/>
          </w:tcPr>
          <w:p w14:paraId="0B2367BD" w14:textId="6BDF12A9" w:rsidR="009D119E" w:rsidRPr="00B94DD7" w:rsidRDefault="00CB6C9E" w:rsidP="00087CAD">
            <w:pPr>
              <w:spacing w:line="216" w:lineRule="auto"/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</w:pPr>
            <w:r w:rsidRPr="00CB6C9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  <w:lang w:bidi="th-TH"/>
              </w:rPr>
              <w:t>การจัดการเนื้อหาหลักขององค์กรที่แสดงในเว็บไซต์</w:t>
            </w:r>
          </w:p>
          <w:p w14:paraId="684F739B" w14:textId="34AE59E7" w:rsidR="009D119E" w:rsidRPr="00CB6C9E" w:rsidRDefault="00CB6C9E" w:rsidP="00087CAD">
            <w:pPr>
              <w:pStyle w:val="ListParagraph"/>
              <w:numPr>
                <w:ilvl w:val="0"/>
                <w:numId w:val="11"/>
              </w:numPr>
              <w:tabs>
                <w:tab w:val="left" w:pos="146"/>
              </w:tabs>
              <w:spacing w:line="216" w:lineRule="auto"/>
              <w:ind w:left="146" w:right="-107" w:hanging="146"/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</w:pPr>
            <w:r w:rsidRPr="00CB6C9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 xml:space="preserve">โมดูล </w:t>
            </w:r>
            <w:r w:rsidRPr="00CB6C9E">
              <w:rPr>
                <w:rFonts w:ascii="TH Sarabun New" w:hAnsi="TH Sarabun New" w:cs="TH Sarabun New"/>
                <w:sz w:val="32"/>
                <w:szCs w:val="32"/>
              </w:rPr>
              <w:t xml:space="preserve">Contact us </w:t>
            </w:r>
            <w:r w:rsidRPr="00CB6C9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และการจัดการข้อมูลหน่วยงาน</w:t>
            </w:r>
          </w:p>
          <w:p w14:paraId="2A3DBAE0" w14:textId="1044D643" w:rsidR="00CB6C9E" w:rsidRPr="00CB6C9E" w:rsidRDefault="00CB6C9E" w:rsidP="00CB6C9E">
            <w:pPr>
              <w:pStyle w:val="ListParagraph"/>
              <w:numPr>
                <w:ilvl w:val="0"/>
                <w:numId w:val="11"/>
              </w:numPr>
              <w:tabs>
                <w:tab w:val="left" w:pos="146"/>
              </w:tabs>
              <w:spacing w:line="216" w:lineRule="auto"/>
              <w:ind w:left="146" w:right="-107" w:hanging="146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CB6C9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โมดูลบริหารจัดการข่าวสาร กิจกรรม และประกาศต่างๆ</w:t>
            </w:r>
          </w:p>
          <w:p w14:paraId="6636D3D0" w14:textId="1E193D15" w:rsidR="00CB6C9E" w:rsidRPr="00CB6C9E" w:rsidRDefault="00CB6C9E" w:rsidP="00CB6C9E">
            <w:pPr>
              <w:pStyle w:val="ListParagraph"/>
              <w:numPr>
                <w:ilvl w:val="0"/>
                <w:numId w:val="11"/>
              </w:numPr>
              <w:tabs>
                <w:tab w:val="left" w:pos="146"/>
              </w:tabs>
              <w:spacing w:line="216" w:lineRule="auto"/>
              <w:ind w:left="146" w:right="-107" w:hanging="146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CB6C9E">
              <w:rPr>
                <w:rFonts w:ascii="TH Sarabun New" w:hAnsi="TH Sarabun New" w:cs="TH Sarabun New" w:hint="cs"/>
                <w:sz w:val="32"/>
                <w:szCs w:val="32"/>
                <w:cs/>
                <w:lang w:bidi="th-TH"/>
              </w:rPr>
              <w:t>โมดูลจัดการเนื้อหาสำหรับหัวข้อการบริการ</w:t>
            </w:r>
            <w:r w:rsidRPr="00CB6C9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 xml:space="preserve"> (</w:t>
            </w:r>
            <w:r w:rsidRPr="00CB6C9E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Services)</w:t>
            </w:r>
          </w:p>
          <w:p w14:paraId="6068C07B" w14:textId="13D69579" w:rsidR="00CB6C9E" w:rsidRPr="00CB6C9E" w:rsidRDefault="00CB6C9E" w:rsidP="00CB6C9E">
            <w:pPr>
              <w:pStyle w:val="ListParagraph"/>
              <w:numPr>
                <w:ilvl w:val="0"/>
                <w:numId w:val="11"/>
              </w:numPr>
              <w:tabs>
                <w:tab w:val="left" w:pos="146"/>
              </w:tabs>
              <w:spacing w:line="216" w:lineRule="auto"/>
              <w:ind w:left="146" w:right="-107" w:hanging="146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CB6C9E">
              <w:rPr>
                <w:rFonts w:ascii="TH Sarabun New" w:hAnsi="TH Sarabun New" w:cs="TH Sarabun New" w:hint="cs"/>
                <w:sz w:val="32"/>
                <w:szCs w:val="32"/>
                <w:cs/>
                <w:lang w:bidi="th-TH"/>
              </w:rPr>
              <w:t>ระบบจัดการเนื้อหาคู่มือประชาชน</w:t>
            </w:r>
            <w:r w:rsidRPr="00CB6C9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 xml:space="preserve"> (</w:t>
            </w:r>
            <w:r w:rsidRPr="00CB6C9E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Citizen Handbook)</w:t>
            </w:r>
          </w:p>
          <w:p w14:paraId="2DAD1A6F" w14:textId="31E6C375" w:rsidR="00CB6C9E" w:rsidRPr="00CB6C9E" w:rsidRDefault="00CB6C9E" w:rsidP="00CB6C9E">
            <w:pPr>
              <w:pStyle w:val="ListParagraph"/>
              <w:numPr>
                <w:ilvl w:val="0"/>
                <w:numId w:val="11"/>
              </w:numPr>
              <w:tabs>
                <w:tab w:val="left" w:pos="146"/>
              </w:tabs>
              <w:spacing w:line="216" w:lineRule="auto"/>
              <w:ind w:left="146" w:right="-107" w:hanging="146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CB6C9E">
              <w:rPr>
                <w:rFonts w:ascii="TH Sarabun New" w:hAnsi="TH Sarabun New" w:cs="TH Sarabun New" w:hint="cs"/>
                <w:sz w:val="32"/>
                <w:szCs w:val="32"/>
                <w:cs/>
                <w:lang w:bidi="th-TH"/>
              </w:rPr>
              <w:t>ระบบจัดการเนื้อหากฎหมายและระเบียบที่เกี่ยวข้อง</w:t>
            </w:r>
          </w:p>
          <w:p w14:paraId="18508474" w14:textId="7DE77864" w:rsidR="009D119E" w:rsidRPr="00B94DD7" w:rsidRDefault="00CB6C9E" w:rsidP="00CB6C9E">
            <w:pPr>
              <w:pStyle w:val="ListParagraph"/>
              <w:numPr>
                <w:ilvl w:val="0"/>
                <w:numId w:val="11"/>
              </w:numPr>
              <w:tabs>
                <w:tab w:val="left" w:pos="146"/>
              </w:tabs>
              <w:spacing w:line="216" w:lineRule="auto"/>
              <w:ind w:left="146" w:right="-107" w:hanging="146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CB6C9E">
              <w:rPr>
                <w:rFonts w:ascii="TH Sarabun New" w:hAnsi="TH Sarabun New" w:cs="TH Sarabun New" w:hint="cs"/>
                <w:sz w:val="32"/>
                <w:szCs w:val="32"/>
                <w:cs/>
                <w:lang w:bidi="th-TH"/>
              </w:rPr>
              <w:t>ระบบนวัตกรรมและคลังความรู้</w:t>
            </w:r>
            <w:r w:rsidRPr="00CB6C9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 xml:space="preserve"> (</w:t>
            </w:r>
            <w:r w:rsidRPr="00CB6C9E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Innovation &amp; Knowledge)</w:t>
            </w:r>
          </w:p>
        </w:tc>
      </w:tr>
      <w:tr w:rsidR="009D119E" w:rsidRPr="00B94DD7" w14:paraId="459B12D7" w14:textId="77777777" w:rsidTr="00087CAD">
        <w:trPr>
          <w:jc w:val="center"/>
        </w:trPr>
        <w:tc>
          <w:tcPr>
            <w:tcW w:w="1696" w:type="dxa"/>
            <w:vAlign w:val="center"/>
          </w:tcPr>
          <w:p w14:paraId="705D49C2" w14:textId="77777777" w:rsidR="009D119E" w:rsidRPr="00B94DD7" w:rsidRDefault="009D119E" w:rsidP="00087CAD">
            <w:pPr>
              <w:spacing w:line="216" w:lineRule="auto"/>
              <w:ind w:right="-111" w:hanging="118"/>
              <w:jc w:val="center"/>
              <w:rPr>
                <w:rFonts w:ascii="TH Sarabun New" w:hAnsi="TH Sarabun New" w:cs="TH Sarabun New"/>
              </w:rPr>
            </w:pPr>
            <w:r w:rsidRPr="00B94DD7">
              <w:rPr>
                <w:rFonts w:ascii="TH Sarabun New" w:hAnsi="TH Sarabun New" w:cs="TH Sarabun New"/>
                <w:sz w:val="32"/>
              </w:rPr>
              <w:t>12.00 - 13.00 น.</w:t>
            </w:r>
          </w:p>
        </w:tc>
        <w:tc>
          <w:tcPr>
            <w:tcW w:w="8222" w:type="dxa"/>
            <w:vAlign w:val="center"/>
          </w:tcPr>
          <w:p w14:paraId="45E38CBD" w14:textId="77777777" w:rsidR="009D119E" w:rsidRPr="00B94DD7" w:rsidRDefault="009D119E" w:rsidP="00087CAD">
            <w:pPr>
              <w:spacing w:line="216" w:lineRule="auto"/>
              <w:rPr>
                <w:rFonts w:ascii="TH Sarabun New" w:hAnsi="TH Sarabun New" w:cs="TH Sarabun New"/>
              </w:rPr>
            </w:pPr>
            <w:r w:rsidRPr="00B94DD7">
              <w:rPr>
                <w:rFonts w:ascii="TH Sarabun New" w:hAnsi="TH Sarabun New" w:cs="TH Sarabun New"/>
                <w:sz w:val="44"/>
                <w:szCs w:val="32"/>
                <w:cs/>
                <w:lang w:bidi="th-TH"/>
              </w:rPr>
              <w:t>พักรับประทานอาหารกลางวัน</w:t>
            </w:r>
          </w:p>
        </w:tc>
      </w:tr>
      <w:tr w:rsidR="009D119E" w:rsidRPr="00B94DD7" w14:paraId="7640E497" w14:textId="77777777" w:rsidTr="00087CAD">
        <w:trPr>
          <w:jc w:val="center"/>
        </w:trPr>
        <w:tc>
          <w:tcPr>
            <w:tcW w:w="1696" w:type="dxa"/>
            <w:vAlign w:val="center"/>
          </w:tcPr>
          <w:p w14:paraId="692E9653" w14:textId="77777777" w:rsidR="009D119E" w:rsidRPr="00B94DD7" w:rsidRDefault="009D119E" w:rsidP="00087CAD">
            <w:pPr>
              <w:spacing w:line="216" w:lineRule="auto"/>
              <w:ind w:right="-111" w:hanging="118"/>
              <w:jc w:val="center"/>
              <w:rPr>
                <w:rFonts w:ascii="TH Sarabun New" w:hAnsi="TH Sarabun New" w:cs="TH Sarabun New"/>
                <w:sz w:val="32"/>
              </w:rPr>
            </w:pPr>
            <w:r w:rsidRPr="00B94DD7">
              <w:rPr>
                <w:rFonts w:ascii="TH Sarabun New" w:hAnsi="TH Sarabun New" w:cs="TH Sarabun New"/>
                <w:sz w:val="32"/>
              </w:rPr>
              <w:t>13.00 - 14.30 น.</w:t>
            </w:r>
          </w:p>
        </w:tc>
        <w:tc>
          <w:tcPr>
            <w:tcW w:w="8222" w:type="dxa"/>
            <w:vAlign w:val="center"/>
          </w:tcPr>
          <w:p w14:paraId="3B49CE49" w14:textId="4EE39FD8" w:rsidR="009D119E" w:rsidRPr="00CB6C9E" w:rsidRDefault="00CB6C9E" w:rsidP="00087CAD">
            <w:pPr>
              <w:spacing w:line="216" w:lineRule="auto"/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</w:pPr>
            <w:r w:rsidRPr="00CB6C9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  <w:lang w:bidi="th-TH"/>
              </w:rPr>
              <w:t>การจัดการสื่อ ไฟล์ และช่องทางการมีส่วนร่วมของประชาชน</w:t>
            </w:r>
          </w:p>
          <w:p w14:paraId="5D0712B9" w14:textId="77777777" w:rsidR="00CB6C9E" w:rsidRPr="0017683E" w:rsidRDefault="00CB6C9E" w:rsidP="00CB6C9E">
            <w:pPr>
              <w:pStyle w:val="ListParagraph"/>
              <w:numPr>
                <w:ilvl w:val="0"/>
                <w:numId w:val="11"/>
              </w:numPr>
              <w:tabs>
                <w:tab w:val="left" w:pos="146"/>
              </w:tabs>
              <w:spacing w:line="216" w:lineRule="auto"/>
              <w:ind w:left="146" w:right="-107" w:hanging="146"/>
              <w:rPr>
                <w:rFonts w:ascii="TH Sarabun New" w:hAnsi="TH Sarabun New" w:cs="TH Sarabun New"/>
                <w:spacing w:val="-2"/>
                <w:sz w:val="32"/>
                <w:szCs w:val="32"/>
                <w:lang w:bidi="th-TH"/>
              </w:rPr>
            </w:pPr>
            <w:r w:rsidRPr="0017683E">
              <w:rPr>
                <w:rFonts w:ascii="TH Sarabun New" w:hAnsi="TH Sarabun New" w:cs="TH Sarabun New" w:hint="cs"/>
                <w:spacing w:val="-2"/>
                <w:sz w:val="32"/>
                <w:szCs w:val="32"/>
                <w:cs/>
                <w:lang w:bidi="th-TH"/>
              </w:rPr>
              <w:t>ระบบบริหารจัดการไฟล์สำหรับการดาวน์โหลด</w:t>
            </w:r>
            <w:r w:rsidRPr="0017683E">
              <w:rPr>
                <w:rFonts w:ascii="TH Sarabun New" w:hAnsi="TH Sarabun New" w:cs="TH Sarabun New"/>
                <w:spacing w:val="-2"/>
                <w:sz w:val="32"/>
                <w:szCs w:val="32"/>
                <w:cs/>
                <w:lang w:bidi="th-TH"/>
              </w:rPr>
              <w:t xml:space="preserve"> (</w:t>
            </w:r>
            <w:r w:rsidRPr="0017683E">
              <w:rPr>
                <w:rFonts w:ascii="TH Sarabun New" w:hAnsi="TH Sarabun New" w:cs="TH Sarabun New"/>
                <w:spacing w:val="-2"/>
                <w:sz w:val="32"/>
                <w:szCs w:val="32"/>
                <w:lang w:bidi="th-TH"/>
              </w:rPr>
              <w:t xml:space="preserve">Download) </w:t>
            </w:r>
            <w:r w:rsidRPr="0017683E">
              <w:rPr>
                <w:rFonts w:ascii="TH Sarabun New" w:hAnsi="TH Sarabun New" w:cs="TH Sarabun New" w:hint="cs"/>
                <w:spacing w:val="-2"/>
                <w:sz w:val="32"/>
                <w:szCs w:val="32"/>
                <w:cs/>
                <w:lang w:bidi="th-TH"/>
              </w:rPr>
              <w:t>และระบบจัดการรูปภาพ</w:t>
            </w:r>
            <w:r w:rsidRPr="0017683E">
              <w:rPr>
                <w:rFonts w:ascii="TH Sarabun New" w:hAnsi="TH Sarabun New" w:cs="TH Sarabun New"/>
                <w:spacing w:val="-2"/>
                <w:sz w:val="32"/>
                <w:szCs w:val="32"/>
                <w:cs/>
                <w:lang w:bidi="th-TH"/>
              </w:rPr>
              <w:t xml:space="preserve"> (</w:t>
            </w:r>
            <w:r w:rsidRPr="0017683E">
              <w:rPr>
                <w:rFonts w:ascii="TH Sarabun New" w:hAnsi="TH Sarabun New" w:cs="TH Sarabun New"/>
                <w:spacing w:val="-2"/>
                <w:sz w:val="32"/>
                <w:szCs w:val="32"/>
                <w:lang w:bidi="th-TH"/>
              </w:rPr>
              <w:t>Gallery)</w:t>
            </w:r>
          </w:p>
          <w:p w14:paraId="3705D81F" w14:textId="626BAF67" w:rsidR="009D119E" w:rsidRPr="00B94DD7" w:rsidRDefault="00CB6C9E" w:rsidP="00CB6C9E">
            <w:pPr>
              <w:pStyle w:val="ListParagraph"/>
              <w:numPr>
                <w:ilvl w:val="0"/>
                <w:numId w:val="11"/>
              </w:numPr>
              <w:tabs>
                <w:tab w:val="left" w:pos="146"/>
              </w:tabs>
              <w:spacing w:line="216" w:lineRule="auto"/>
              <w:ind w:left="146" w:right="-107" w:hanging="146"/>
              <w:rPr>
                <w:rFonts w:ascii="TH Sarabun New" w:hAnsi="TH Sarabun New" w:cs="TH Sarabun New"/>
                <w:cs/>
              </w:rPr>
            </w:pPr>
            <w:r w:rsidRPr="00CB6C9E">
              <w:rPr>
                <w:rFonts w:ascii="TH Sarabun New" w:hAnsi="TH Sarabun New" w:cs="TH Sarabun New" w:hint="cs"/>
                <w:sz w:val="32"/>
                <w:szCs w:val="32"/>
                <w:cs/>
                <w:lang w:bidi="th-TH"/>
              </w:rPr>
              <w:t>โมดูลระบบคำถามที่พบบ่อย</w:t>
            </w:r>
            <w:r w:rsidRPr="00CB6C9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 xml:space="preserve"> (</w:t>
            </w:r>
            <w:r w:rsidRPr="00CB6C9E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FAQs)</w:t>
            </w:r>
          </w:p>
        </w:tc>
      </w:tr>
      <w:tr w:rsidR="009D119E" w:rsidRPr="00B94DD7" w14:paraId="1A4DDCE6" w14:textId="77777777" w:rsidTr="00087CAD">
        <w:trPr>
          <w:jc w:val="center"/>
        </w:trPr>
        <w:tc>
          <w:tcPr>
            <w:tcW w:w="1696" w:type="dxa"/>
            <w:vAlign w:val="center"/>
          </w:tcPr>
          <w:p w14:paraId="328E7210" w14:textId="77777777" w:rsidR="009D119E" w:rsidRPr="00B94DD7" w:rsidRDefault="009D119E" w:rsidP="00087CAD">
            <w:pPr>
              <w:spacing w:line="216" w:lineRule="auto"/>
              <w:ind w:right="-111" w:hanging="118"/>
              <w:jc w:val="center"/>
              <w:rPr>
                <w:rFonts w:ascii="TH Sarabun New" w:hAnsi="TH Sarabun New" w:cs="TH Sarabun New"/>
                <w:sz w:val="32"/>
              </w:rPr>
            </w:pPr>
            <w:r w:rsidRPr="00B94DD7">
              <w:rPr>
                <w:rFonts w:ascii="TH Sarabun New" w:hAnsi="TH Sarabun New" w:cs="TH Sarabun New"/>
                <w:sz w:val="32"/>
              </w:rPr>
              <w:t>14.30 - 14.45 น.</w:t>
            </w:r>
          </w:p>
        </w:tc>
        <w:tc>
          <w:tcPr>
            <w:tcW w:w="8222" w:type="dxa"/>
            <w:vAlign w:val="center"/>
          </w:tcPr>
          <w:p w14:paraId="1DBA975F" w14:textId="77777777" w:rsidR="009D119E" w:rsidRPr="00B94DD7" w:rsidRDefault="009D119E" w:rsidP="00087CAD">
            <w:pPr>
              <w:spacing w:line="216" w:lineRule="auto"/>
              <w:rPr>
                <w:rFonts w:ascii="TH Sarabun New" w:hAnsi="TH Sarabun New" w:cs="TH Sarabun New"/>
                <w:b/>
                <w:sz w:val="32"/>
                <w:lang w:bidi="th-TH"/>
              </w:rPr>
            </w:pPr>
            <w:r w:rsidRPr="00B94DD7">
              <w:rPr>
                <w:rFonts w:ascii="TH Sarabun New" w:hAnsi="TH Sarabun New" w:cs="TH Sarabun New"/>
                <w:b/>
                <w:sz w:val="32"/>
                <w:szCs w:val="32"/>
                <w:cs/>
                <w:lang w:bidi="th-TH"/>
              </w:rPr>
              <w:t>พักรับประทานอาหารว่าง</w:t>
            </w:r>
          </w:p>
        </w:tc>
      </w:tr>
      <w:tr w:rsidR="009D119E" w:rsidRPr="00B94DD7" w14:paraId="0FEC6F4C" w14:textId="77777777" w:rsidTr="00087CAD">
        <w:trPr>
          <w:jc w:val="center"/>
        </w:trPr>
        <w:tc>
          <w:tcPr>
            <w:tcW w:w="1696" w:type="dxa"/>
            <w:vAlign w:val="center"/>
          </w:tcPr>
          <w:p w14:paraId="38201EAD" w14:textId="77777777" w:rsidR="009D119E" w:rsidRPr="00B94DD7" w:rsidRDefault="009D119E" w:rsidP="00087CAD">
            <w:pPr>
              <w:spacing w:line="216" w:lineRule="auto"/>
              <w:ind w:right="-111" w:hanging="118"/>
              <w:jc w:val="center"/>
              <w:rPr>
                <w:rFonts w:ascii="TH Sarabun New" w:hAnsi="TH Sarabun New" w:cs="TH Sarabun New"/>
                <w:sz w:val="32"/>
              </w:rPr>
            </w:pPr>
            <w:r w:rsidRPr="00B94DD7">
              <w:rPr>
                <w:rFonts w:ascii="TH Sarabun New" w:hAnsi="TH Sarabun New" w:cs="TH Sarabun New"/>
                <w:sz w:val="32"/>
              </w:rPr>
              <w:t>1</w:t>
            </w:r>
            <w:r w:rsidRPr="00B94DD7">
              <w:rPr>
                <w:rFonts w:ascii="TH Sarabun New" w:hAnsi="TH Sarabun New" w:cs="TH Sarabun New"/>
                <w:sz w:val="32"/>
                <w:szCs w:val="32"/>
              </w:rPr>
              <w:t xml:space="preserve">4.45 – 16.00 </w:t>
            </w:r>
            <w:r w:rsidRPr="00B94DD7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8222" w:type="dxa"/>
            <w:vAlign w:val="center"/>
          </w:tcPr>
          <w:p w14:paraId="43459263" w14:textId="4AB12C96" w:rsidR="0017683E" w:rsidRPr="0017683E" w:rsidRDefault="0017683E" w:rsidP="0017683E">
            <w:pPr>
              <w:pStyle w:val="ListParagraph"/>
              <w:numPr>
                <w:ilvl w:val="0"/>
                <w:numId w:val="11"/>
              </w:numPr>
              <w:tabs>
                <w:tab w:val="left" w:pos="146"/>
              </w:tabs>
              <w:spacing w:line="216" w:lineRule="auto"/>
              <w:ind w:left="146" w:right="-107" w:hanging="146"/>
              <w:rPr>
                <w:rFonts w:ascii="TH Sarabun New" w:hAnsi="TH Sarabun New" w:cs="TH Sarabun New"/>
                <w:spacing w:val="-2"/>
                <w:sz w:val="32"/>
                <w:szCs w:val="32"/>
                <w:lang w:bidi="th-TH"/>
              </w:rPr>
            </w:pPr>
            <w:r w:rsidRPr="0017683E">
              <w:rPr>
                <w:rFonts w:ascii="TH Sarabun New" w:hAnsi="TH Sarabun New" w:cs="TH Sarabun New"/>
                <w:spacing w:val="-2"/>
                <w:sz w:val="32"/>
                <w:szCs w:val="32"/>
                <w:cs/>
                <w:lang w:bidi="th-TH"/>
              </w:rPr>
              <w:t>โมดูลข้อมูลภูมิสารสนเทศ (</w:t>
            </w:r>
            <w:r w:rsidRPr="0017683E">
              <w:rPr>
                <w:rFonts w:ascii="TH Sarabun New" w:hAnsi="TH Sarabun New" w:cs="TH Sarabun New"/>
                <w:spacing w:val="-2"/>
                <w:sz w:val="32"/>
                <w:szCs w:val="32"/>
                <w:lang w:bidi="th-TH"/>
              </w:rPr>
              <w:t xml:space="preserve">GIS) </w:t>
            </w:r>
            <w:r w:rsidRPr="0017683E">
              <w:rPr>
                <w:rFonts w:ascii="TH Sarabun New" w:hAnsi="TH Sarabun New" w:cs="TH Sarabun New"/>
                <w:spacing w:val="-2"/>
                <w:sz w:val="32"/>
                <w:szCs w:val="32"/>
                <w:cs/>
                <w:lang w:bidi="th-TH"/>
              </w:rPr>
              <w:t>เบื้องต้น</w:t>
            </w:r>
          </w:p>
          <w:p w14:paraId="59482934" w14:textId="77777777" w:rsidR="0017683E" w:rsidRPr="0017683E" w:rsidRDefault="0017683E" w:rsidP="0017683E">
            <w:pPr>
              <w:pStyle w:val="ListParagraph"/>
              <w:numPr>
                <w:ilvl w:val="0"/>
                <w:numId w:val="11"/>
              </w:numPr>
              <w:tabs>
                <w:tab w:val="left" w:pos="146"/>
              </w:tabs>
              <w:spacing w:line="216" w:lineRule="auto"/>
              <w:ind w:left="146" w:right="-107" w:hanging="146"/>
              <w:rPr>
                <w:rFonts w:ascii="TH Sarabun New" w:hAnsi="TH Sarabun New" w:cs="TH Sarabun New"/>
                <w:spacing w:val="-2"/>
                <w:sz w:val="32"/>
                <w:szCs w:val="32"/>
                <w:lang w:bidi="th-TH"/>
              </w:rPr>
            </w:pPr>
            <w:r w:rsidRPr="0017683E">
              <w:rPr>
                <w:rFonts w:ascii="TH Sarabun New" w:hAnsi="TH Sarabun New" w:cs="TH Sarabun New" w:hint="cs"/>
                <w:spacing w:val="-2"/>
                <w:sz w:val="32"/>
                <w:szCs w:val="32"/>
                <w:cs/>
                <w:lang w:bidi="th-TH"/>
              </w:rPr>
              <w:t>ระบบแบบสำรวจ</w:t>
            </w:r>
            <w:r w:rsidRPr="0017683E">
              <w:rPr>
                <w:rFonts w:ascii="TH Sarabun New" w:hAnsi="TH Sarabun New" w:cs="TH Sarabun New"/>
                <w:spacing w:val="-2"/>
                <w:sz w:val="32"/>
                <w:szCs w:val="32"/>
                <w:cs/>
                <w:lang w:bidi="th-TH"/>
              </w:rPr>
              <w:t>/</w:t>
            </w:r>
            <w:r w:rsidRPr="0017683E">
              <w:rPr>
                <w:rFonts w:ascii="TH Sarabun New" w:hAnsi="TH Sarabun New" w:cs="TH Sarabun New" w:hint="cs"/>
                <w:spacing w:val="-2"/>
                <w:sz w:val="32"/>
                <w:szCs w:val="32"/>
                <w:cs/>
                <w:lang w:bidi="th-TH"/>
              </w:rPr>
              <w:t>แบบสอบถาม</w:t>
            </w:r>
            <w:r w:rsidRPr="0017683E">
              <w:rPr>
                <w:rFonts w:ascii="TH Sarabun New" w:hAnsi="TH Sarabun New" w:cs="TH Sarabun New"/>
                <w:spacing w:val="-2"/>
                <w:sz w:val="32"/>
                <w:szCs w:val="32"/>
                <w:cs/>
                <w:lang w:bidi="th-TH"/>
              </w:rPr>
              <w:t xml:space="preserve"> (</w:t>
            </w:r>
            <w:r w:rsidRPr="0017683E">
              <w:rPr>
                <w:rFonts w:ascii="TH Sarabun New" w:hAnsi="TH Sarabun New" w:cs="TH Sarabun New"/>
                <w:spacing w:val="-2"/>
                <w:sz w:val="32"/>
                <w:szCs w:val="32"/>
                <w:lang w:bidi="th-TH"/>
              </w:rPr>
              <w:t>Survey)</w:t>
            </w:r>
          </w:p>
          <w:p w14:paraId="40619BCA" w14:textId="22C1EF02" w:rsidR="0017683E" w:rsidRPr="0017683E" w:rsidRDefault="0017683E" w:rsidP="0017683E">
            <w:pPr>
              <w:pStyle w:val="ListParagraph"/>
              <w:numPr>
                <w:ilvl w:val="0"/>
                <w:numId w:val="11"/>
              </w:numPr>
              <w:tabs>
                <w:tab w:val="left" w:pos="146"/>
              </w:tabs>
              <w:spacing w:line="216" w:lineRule="auto"/>
              <w:ind w:left="146" w:right="-107" w:hanging="146"/>
              <w:rPr>
                <w:rFonts w:ascii="TH Sarabun New" w:hAnsi="TH Sarabun New" w:cs="TH Sarabun New"/>
                <w:spacing w:val="-2"/>
                <w:sz w:val="32"/>
                <w:szCs w:val="32"/>
                <w:lang w:bidi="th-TH"/>
              </w:rPr>
            </w:pPr>
            <w:r w:rsidRPr="0017683E">
              <w:rPr>
                <w:rFonts w:ascii="TH Sarabun New" w:hAnsi="TH Sarabun New" w:cs="TH Sarabun New" w:hint="cs"/>
                <w:spacing w:val="-2"/>
                <w:sz w:val="32"/>
                <w:szCs w:val="32"/>
                <w:cs/>
                <w:lang w:bidi="th-TH"/>
              </w:rPr>
              <w:t>โมดูลอื่นๆที่เกี่ยวข้อง</w:t>
            </w:r>
          </w:p>
          <w:p w14:paraId="1B1857C9" w14:textId="14DB62DC" w:rsidR="009D119E" w:rsidRPr="0017683E" w:rsidRDefault="0017683E" w:rsidP="0017683E">
            <w:pPr>
              <w:pStyle w:val="ListParagraph"/>
              <w:numPr>
                <w:ilvl w:val="0"/>
                <w:numId w:val="11"/>
              </w:numPr>
              <w:tabs>
                <w:tab w:val="left" w:pos="146"/>
              </w:tabs>
              <w:spacing w:line="216" w:lineRule="auto"/>
              <w:ind w:left="146" w:right="-107" w:hanging="146"/>
              <w:rPr>
                <w:rFonts w:ascii="TH Sarabun New" w:hAnsi="TH Sarabun New" w:cs="TH Sarabun New"/>
                <w:spacing w:val="-2"/>
                <w:sz w:val="32"/>
                <w:szCs w:val="32"/>
                <w:cs/>
                <w:lang w:bidi="th-TH"/>
              </w:rPr>
            </w:pPr>
            <w:r w:rsidRPr="0017683E">
              <w:rPr>
                <w:rFonts w:ascii="TH Sarabun New" w:hAnsi="TH Sarabun New" w:cs="TH Sarabun New" w:hint="cs"/>
                <w:spacing w:val="-2"/>
                <w:sz w:val="32"/>
                <w:szCs w:val="32"/>
                <w:cs/>
                <w:lang w:bidi="th-TH"/>
              </w:rPr>
              <w:t>ถาม</w:t>
            </w:r>
            <w:r w:rsidRPr="0017683E">
              <w:rPr>
                <w:rFonts w:ascii="TH Sarabun New" w:hAnsi="TH Sarabun New" w:cs="TH Sarabun New"/>
                <w:spacing w:val="-2"/>
                <w:sz w:val="32"/>
                <w:szCs w:val="32"/>
                <w:cs/>
                <w:lang w:bidi="th-TH"/>
              </w:rPr>
              <w:t xml:space="preserve"> - </w:t>
            </w:r>
            <w:r w:rsidRPr="0017683E">
              <w:rPr>
                <w:rFonts w:ascii="TH Sarabun New" w:hAnsi="TH Sarabun New" w:cs="TH Sarabun New" w:hint="cs"/>
                <w:spacing w:val="-2"/>
                <w:sz w:val="32"/>
                <w:szCs w:val="32"/>
                <w:cs/>
                <w:lang w:bidi="th-TH"/>
              </w:rPr>
              <w:t>ตอบ</w:t>
            </w:r>
            <w:r w:rsidRPr="0017683E">
              <w:rPr>
                <w:rFonts w:ascii="TH Sarabun New" w:hAnsi="TH Sarabun New" w:cs="TH Sarabun New"/>
                <w:spacing w:val="-2"/>
                <w:sz w:val="32"/>
                <w:szCs w:val="32"/>
                <w:cs/>
                <w:lang w:bidi="th-TH"/>
              </w:rPr>
              <w:t xml:space="preserve"> </w:t>
            </w:r>
            <w:r w:rsidRPr="0017683E">
              <w:rPr>
                <w:rFonts w:ascii="TH Sarabun New" w:hAnsi="TH Sarabun New" w:cs="TH Sarabun New" w:hint="cs"/>
                <w:spacing w:val="-2"/>
                <w:sz w:val="32"/>
                <w:szCs w:val="32"/>
                <w:cs/>
                <w:lang w:bidi="th-TH"/>
              </w:rPr>
              <w:t>และสรุปการอบรม</w:t>
            </w:r>
            <w:r w:rsidR="009D119E" w:rsidRPr="0017683E">
              <w:rPr>
                <w:rFonts w:ascii="TH Sarabun New" w:hAnsi="TH Sarabun New" w:cs="TH Sarabun New"/>
                <w:spacing w:val="-2"/>
                <w:sz w:val="32"/>
                <w:szCs w:val="32"/>
                <w:lang w:bidi="th-TH"/>
              </w:rPr>
              <w:t xml:space="preserve"> </w:t>
            </w:r>
          </w:p>
        </w:tc>
      </w:tr>
    </w:tbl>
    <w:p w14:paraId="6275EDE8" w14:textId="3B49E237" w:rsidR="006A7806" w:rsidRPr="0017683E" w:rsidRDefault="009D119E" w:rsidP="0017683E">
      <w:pPr>
        <w:spacing w:before="60" w:after="0" w:line="216" w:lineRule="auto"/>
        <w:rPr>
          <w:rFonts w:ascii="TH Sarabun New" w:hAnsi="TH Sarabun New" w:cs="TH Sarabun New" w:hint="cs"/>
          <w:sz w:val="32"/>
          <w:szCs w:val="32"/>
        </w:rPr>
      </w:pPr>
      <w:r w:rsidRPr="00FC7958">
        <w:rPr>
          <w:rFonts w:ascii="TH Sarabun New" w:hAnsi="TH Sarabun New" w:cs="TH Sarabun New" w:hint="cs"/>
          <w:bCs/>
          <w:sz w:val="32"/>
          <w:szCs w:val="32"/>
          <w:cs/>
          <w:lang w:bidi="th-TH"/>
        </w:rPr>
        <w:t>หมายเหตุ</w:t>
      </w:r>
      <w:r w:rsidRPr="00FC7958">
        <w:rPr>
          <w:rFonts w:ascii="TH Sarabun New" w:hAnsi="TH Sarabun New" w:cs="TH Sarabun New"/>
          <w:b/>
          <w:sz w:val="32"/>
          <w:szCs w:val="32"/>
          <w:lang w:bidi="th-TH"/>
        </w:rPr>
        <w:t>:</w:t>
      </w:r>
      <w:r w:rsidRPr="00B94DD7">
        <w:rPr>
          <w:rFonts w:ascii="TH Sarabun New" w:hAnsi="TH Sarabun New" w:cs="TH Sarabun New"/>
          <w:b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b/>
          <w:sz w:val="32"/>
          <w:szCs w:val="32"/>
          <w:cs/>
          <w:lang w:bidi="th-TH"/>
        </w:rPr>
        <w:t>กำหนดการและกิจกรรมสามารถปรับเปลี่ยนได้ตามความเหมาะสม</w:t>
      </w:r>
    </w:p>
    <w:sectPr w:rsidR="006A7806" w:rsidRPr="0017683E" w:rsidSect="0084002D">
      <w:pgSz w:w="11906" w:h="16838" w:code="9"/>
      <w:pgMar w:top="1134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BAD7738"/>
    <w:multiLevelType w:val="hybridMultilevel"/>
    <w:tmpl w:val="CDF61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772D2D"/>
    <w:multiLevelType w:val="hybridMultilevel"/>
    <w:tmpl w:val="A57869C4"/>
    <w:lvl w:ilvl="0" w:tplc="FFBA4BB0">
      <w:numFmt w:val="bullet"/>
      <w:lvlText w:val="-"/>
      <w:lvlJc w:val="left"/>
      <w:pPr>
        <w:ind w:left="720" w:hanging="360"/>
      </w:pPr>
      <w:rPr>
        <w:rFonts w:ascii="TH Sarabun New" w:eastAsiaTheme="minorEastAsia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826220"/>
    <w:multiLevelType w:val="hybridMultilevel"/>
    <w:tmpl w:val="755CB344"/>
    <w:lvl w:ilvl="0" w:tplc="FFBA4BB0">
      <w:numFmt w:val="bullet"/>
      <w:lvlText w:val="-"/>
      <w:lvlJc w:val="left"/>
      <w:pPr>
        <w:ind w:left="720" w:hanging="360"/>
      </w:pPr>
      <w:rPr>
        <w:rFonts w:ascii="TH Sarabun New" w:eastAsiaTheme="minorEastAsia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2A241D"/>
    <w:multiLevelType w:val="hybridMultilevel"/>
    <w:tmpl w:val="B39040DA"/>
    <w:lvl w:ilvl="0" w:tplc="55B6A6FA">
      <w:numFmt w:val="bullet"/>
      <w:lvlText w:val="-"/>
      <w:lvlJc w:val="left"/>
      <w:pPr>
        <w:ind w:left="720" w:hanging="360"/>
      </w:pPr>
      <w:rPr>
        <w:rFonts w:ascii="TH Sarabun New" w:eastAsiaTheme="minorEastAsia" w:hAnsi="TH Sarabun New" w:cs="TH Sarabun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5381916">
    <w:abstractNumId w:val="8"/>
  </w:num>
  <w:num w:numId="2" w16cid:durableId="336344144">
    <w:abstractNumId w:val="6"/>
  </w:num>
  <w:num w:numId="3" w16cid:durableId="90125271">
    <w:abstractNumId w:val="5"/>
  </w:num>
  <w:num w:numId="4" w16cid:durableId="151141055">
    <w:abstractNumId w:val="4"/>
  </w:num>
  <w:num w:numId="5" w16cid:durableId="1969433220">
    <w:abstractNumId w:val="7"/>
  </w:num>
  <w:num w:numId="6" w16cid:durableId="1025054197">
    <w:abstractNumId w:val="3"/>
  </w:num>
  <w:num w:numId="7" w16cid:durableId="294678018">
    <w:abstractNumId w:val="2"/>
  </w:num>
  <w:num w:numId="8" w16cid:durableId="1203863471">
    <w:abstractNumId w:val="1"/>
  </w:num>
  <w:num w:numId="9" w16cid:durableId="1029644864">
    <w:abstractNumId w:val="0"/>
  </w:num>
  <w:num w:numId="10" w16cid:durableId="1511488233">
    <w:abstractNumId w:val="9"/>
  </w:num>
  <w:num w:numId="11" w16cid:durableId="2113820270">
    <w:abstractNumId w:val="12"/>
  </w:num>
  <w:num w:numId="12" w16cid:durableId="929849585">
    <w:abstractNumId w:val="10"/>
  </w:num>
  <w:num w:numId="13" w16cid:durableId="16920243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53D7"/>
    <w:rsid w:val="0002733D"/>
    <w:rsid w:val="00034616"/>
    <w:rsid w:val="0005220D"/>
    <w:rsid w:val="0006063C"/>
    <w:rsid w:val="0015074B"/>
    <w:rsid w:val="0017683E"/>
    <w:rsid w:val="00177CB0"/>
    <w:rsid w:val="001B19C3"/>
    <w:rsid w:val="002731FC"/>
    <w:rsid w:val="0029639D"/>
    <w:rsid w:val="00310C4F"/>
    <w:rsid w:val="00326F90"/>
    <w:rsid w:val="00391196"/>
    <w:rsid w:val="003B0C84"/>
    <w:rsid w:val="004D0E26"/>
    <w:rsid w:val="005A237C"/>
    <w:rsid w:val="00622EE9"/>
    <w:rsid w:val="006A7806"/>
    <w:rsid w:val="00783E6A"/>
    <w:rsid w:val="00786412"/>
    <w:rsid w:val="0084002D"/>
    <w:rsid w:val="0085799C"/>
    <w:rsid w:val="00860EDD"/>
    <w:rsid w:val="008E24CC"/>
    <w:rsid w:val="0094323C"/>
    <w:rsid w:val="00996ED3"/>
    <w:rsid w:val="009D119E"/>
    <w:rsid w:val="00A205F8"/>
    <w:rsid w:val="00A26C82"/>
    <w:rsid w:val="00A96AE7"/>
    <w:rsid w:val="00AA1D8D"/>
    <w:rsid w:val="00B34CDE"/>
    <w:rsid w:val="00B47730"/>
    <w:rsid w:val="00B94DD7"/>
    <w:rsid w:val="00CB0664"/>
    <w:rsid w:val="00CB6C9E"/>
    <w:rsid w:val="00CD5660"/>
    <w:rsid w:val="00D61F6E"/>
    <w:rsid w:val="00D852BF"/>
    <w:rsid w:val="00DA49D9"/>
    <w:rsid w:val="00DE0AAC"/>
    <w:rsid w:val="00E17899"/>
    <w:rsid w:val="00E57E35"/>
    <w:rsid w:val="00E8138E"/>
    <w:rsid w:val="00EC0CD4"/>
    <w:rsid w:val="00ED68F5"/>
    <w:rsid w:val="00FC1374"/>
    <w:rsid w:val="00FC693F"/>
    <w:rsid w:val="00FC7958"/>
    <w:rsid w:val="00FD24CA"/>
    <w:rsid w:val="00FF4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083846"/>
  <w14:defaultImageDpi w14:val="300"/>
  <w15:docId w15:val="{73FF4073-52F2-5F4A-BCFC-F69DE6974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Natchanan Wiboontechokit</cp:lastModifiedBy>
  <cp:revision>18</cp:revision>
  <dcterms:created xsi:type="dcterms:W3CDTF">2026-06-22T02:40:00Z</dcterms:created>
  <dcterms:modified xsi:type="dcterms:W3CDTF">2026-06-22T07:00:00Z</dcterms:modified>
  <cp:category/>
</cp:coreProperties>
</file>